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6AEA26" w14:textId="77777777" w:rsidR="00DE1302" w:rsidRDefault="00A87182">
      <w:pPr>
        <w:spacing w:after="60"/>
        <w:jc w:val="center"/>
      </w:pPr>
      <w:r>
        <w:rPr>
          <w:rFonts w:ascii="Aptos Display" w:hAnsi="Aptos Display"/>
          <w:b/>
          <w:color w:val="202A44"/>
          <w:sz w:val="48"/>
        </w:rPr>
        <w:t>Y11 PPE TIMETABLE</w:t>
      </w:r>
    </w:p>
    <w:p w14:paraId="0EA59CC8" w14:textId="77777777" w:rsidR="00DE1302" w:rsidRDefault="00A87182">
      <w:pPr>
        <w:spacing w:after="40"/>
        <w:jc w:val="center"/>
      </w:pPr>
      <w:r>
        <w:rPr>
          <w:rFonts w:ascii="Aptos Display" w:hAnsi="Aptos Display"/>
          <w:b/>
          <w:color w:val="6C4AB6"/>
          <w:sz w:val="36"/>
        </w:rPr>
        <w:t>November 2026</w:t>
      </w:r>
    </w:p>
    <w:p w14:paraId="027C6A7E" w14:textId="77777777" w:rsidR="00DE1302" w:rsidRDefault="00A87182">
      <w:pPr>
        <w:spacing w:after="240"/>
        <w:jc w:val="center"/>
      </w:pPr>
      <w:r>
        <w:rPr>
          <w:rFonts w:ascii="Aptos" w:hAnsi="Aptos"/>
          <w:color w:val="6B7280"/>
          <w:sz w:val="20"/>
        </w:rPr>
        <w:t>Year 11 PPEs • Exam sessions and practical days</w:t>
      </w:r>
    </w:p>
    <w:p w14:paraId="7A0E2256" w14:textId="77777777" w:rsidR="00DE1302" w:rsidRDefault="00A87182">
      <w:pPr>
        <w:spacing w:after="280"/>
        <w:jc w:val="center"/>
      </w:pPr>
      <w:r>
        <w:rPr>
          <w:b/>
          <w:color w:val="202A44"/>
          <w:sz w:val="26"/>
        </w:rPr>
        <w:t>YOUR NOVEMBER EXAM GUIDE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872"/>
        <w:gridCol w:w="2232"/>
        <w:gridCol w:w="6480"/>
      </w:tblGrid>
      <w:tr w:rsidR="00DE1302" w14:paraId="7AE3F2E1" w14:textId="77777777">
        <w:trPr>
          <w:jc w:val="center"/>
        </w:trPr>
        <w:tc>
          <w:tcPr>
            <w:tcW w:w="1872" w:type="dxa"/>
            <w:shd w:val="clear" w:color="auto" w:fill="6C4AB6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0B4830CA" w14:textId="77777777" w:rsidR="00DE1302" w:rsidRDefault="00A87182">
            <w:pPr>
              <w:spacing w:after="40"/>
            </w:pPr>
            <w:r>
              <w:rPr>
                <w:rFonts w:ascii="Aptos" w:hAnsi="Aptos"/>
                <w:b/>
                <w:color w:val="FFFFFF"/>
                <w:sz w:val="20"/>
              </w:rPr>
              <w:t>WEEK A</w:t>
            </w:r>
          </w:p>
        </w:tc>
        <w:tc>
          <w:tcPr>
            <w:tcW w:w="2232" w:type="dxa"/>
            <w:shd w:val="clear" w:color="auto" w:fill="E7E2F3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6B845D04" w14:textId="77777777" w:rsidR="00DE1302" w:rsidRDefault="00A87182">
            <w:pPr>
              <w:spacing w:after="40"/>
            </w:pPr>
            <w:r>
              <w:rPr>
                <w:rFonts w:ascii="Aptos" w:hAnsi="Aptos"/>
                <w:b/>
                <w:color w:val="202A44"/>
                <w:sz w:val="20"/>
              </w:rPr>
              <w:t>02–06 November</w:t>
            </w:r>
          </w:p>
        </w:tc>
        <w:tc>
          <w:tcPr>
            <w:tcW w:w="6480" w:type="dxa"/>
            <w:shd w:val="clear" w:color="auto" w:fill="F4F2F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4FF16607" w14:textId="77777777" w:rsidR="00DE1302" w:rsidRDefault="00A87182">
            <w:pPr>
              <w:spacing w:after="40"/>
            </w:pPr>
            <w:r>
              <w:rPr>
                <w:rFonts w:ascii="Aptos" w:hAnsi="Aptos"/>
                <w:color w:val="263238"/>
                <w:sz w:val="20"/>
              </w:rPr>
              <w:t>Core written papers + subject exams</w:t>
            </w:r>
          </w:p>
        </w:tc>
      </w:tr>
      <w:tr w:rsidR="00DE1302" w14:paraId="70FE411B" w14:textId="77777777">
        <w:trPr>
          <w:jc w:val="center"/>
        </w:trPr>
        <w:tc>
          <w:tcPr>
            <w:tcW w:w="1872" w:type="dxa"/>
            <w:shd w:val="clear" w:color="auto" w:fill="6C4AB6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15E9A7DD" w14:textId="77777777" w:rsidR="00DE1302" w:rsidRDefault="00A87182">
            <w:pPr>
              <w:spacing w:after="40"/>
            </w:pPr>
            <w:r>
              <w:rPr>
                <w:rFonts w:ascii="Aptos" w:hAnsi="Aptos"/>
                <w:b/>
                <w:color w:val="FFFFFF"/>
                <w:sz w:val="20"/>
              </w:rPr>
              <w:t>WEEK B</w:t>
            </w:r>
          </w:p>
        </w:tc>
        <w:tc>
          <w:tcPr>
            <w:tcW w:w="2232" w:type="dxa"/>
            <w:shd w:val="clear" w:color="auto" w:fill="E7E2F3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3FD98228" w14:textId="77777777" w:rsidR="00DE1302" w:rsidRDefault="00A87182">
            <w:pPr>
              <w:spacing w:after="40"/>
            </w:pPr>
            <w:r>
              <w:rPr>
                <w:rFonts w:ascii="Aptos" w:hAnsi="Aptos"/>
                <w:b/>
                <w:color w:val="202A44"/>
                <w:sz w:val="20"/>
              </w:rPr>
              <w:t>09–13 November</w:t>
            </w:r>
          </w:p>
        </w:tc>
        <w:tc>
          <w:tcPr>
            <w:tcW w:w="6480" w:type="dxa"/>
            <w:shd w:val="clear" w:color="auto" w:fill="F4F2F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16630D34" w14:textId="3FC38EF9" w:rsidR="00DE1302" w:rsidRDefault="00A87182">
            <w:pPr>
              <w:spacing w:after="40"/>
            </w:pPr>
            <w:r>
              <w:rPr>
                <w:rFonts w:ascii="Aptos" w:hAnsi="Aptos"/>
                <w:color w:val="263238"/>
                <w:sz w:val="20"/>
              </w:rPr>
              <w:t>Written papers + practical preparation &amp; DT, Drama practical days</w:t>
            </w:r>
          </w:p>
        </w:tc>
      </w:tr>
      <w:tr w:rsidR="00DE1302" w14:paraId="7093B268" w14:textId="77777777">
        <w:trPr>
          <w:jc w:val="center"/>
        </w:trPr>
        <w:tc>
          <w:tcPr>
            <w:tcW w:w="1872" w:type="dxa"/>
            <w:shd w:val="clear" w:color="auto" w:fill="6C4AB6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65149202" w14:textId="77777777" w:rsidR="00DE1302" w:rsidRDefault="00A87182">
            <w:pPr>
              <w:spacing w:after="40"/>
            </w:pPr>
            <w:r>
              <w:rPr>
                <w:rFonts w:ascii="Aptos" w:hAnsi="Aptos"/>
                <w:b/>
                <w:color w:val="FFFFFF"/>
                <w:sz w:val="20"/>
              </w:rPr>
              <w:t>PRACTICALS</w:t>
            </w:r>
          </w:p>
        </w:tc>
        <w:tc>
          <w:tcPr>
            <w:tcW w:w="2232" w:type="dxa"/>
            <w:shd w:val="clear" w:color="auto" w:fill="E7E2F3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61323177" w14:textId="77777777" w:rsidR="00DE1302" w:rsidRDefault="00A87182">
            <w:pPr>
              <w:spacing w:after="40"/>
            </w:pPr>
            <w:r>
              <w:rPr>
                <w:rFonts w:ascii="Aptos" w:hAnsi="Aptos"/>
                <w:b/>
                <w:color w:val="202A44"/>
                <w:sz w:val="20"/>
              </w:rPr>
              <w:t xml:space="preserve">16–18 </w:t>
            </w:r>
            <w:r>
              <w:rPr>
                <w:rFonts w:ascii="Aptos" w:hAnsi="Aptos"/>
                <w:b/>
                <w:color w:val="202A44"/>
                <w:sz w:val="20"/>
              </w:rPr>
              <w:t>November</w:t>
            </w:r>
          </w:p>
        </w:tc>
        <w:tc>
          <w:tcPr>
            <w:tcW w:w="6480" w:type="dxa"/>
            <w:shd w:val="clear" w:color="auto" w:fill="F4F2F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5DA07ACB" w14:textId="4CA0F37F" w:rsidR="00DE1302" w:rsidRDefault="00A87182">
            <w:pPr>
              <w:spacing w:after="40"/>
            </w:pPr>
            <w:r>
              <w:rPr>
                <w:rFonts w:ascii="Aptos" w:hAnsi="Aptos"/>
                <w:color w:val="263238"/>
                <w:sz w:val="20"/>
              </w:rPr>
              <w:t>Dance, Drama, PE, Food &amp; Music practical days</w:t>
            </w:r>
          </w:p>
        </w:tc>
      </w:tr>
    </w:tbl>
    <w:p w14:paraId="6D3038DD" w14:textId="77777777" w:rsidR="00DE1302" w:rsidRDefault="00A87182">
      <w:pPr>
        <w:spacing w:before="160"/>
        <w:jc w:val="center"/>
      </w:pPr>
      <w:r>
        <w:rPr>
          <w:rFonts w:ascii="Aptos" w:hAnsi="Aptos"/>
          <w:i/>
          <w:color w:val="6B7280"/>
          <w:sz w:val="17"/>
        </w:rPr>
        <w:t>Times are shown by session. Please check your individual subject requirements and room information.</w:t>
      </w:r>
    </w:p>
    <w:p w14:paraId="6CD68A31" w14:textId="7D8E3190" w:rsidR="00DE1302" w:rsidRDefault="00A87182" w:rsidP="00E552DE">
      <w:r>
        <w:rPr>
          <w:rFonts w:ascii="Aptos Display" w:hAnsi="Aptos Display"/>
          <w:b/>
          <w:color w:val="202A44"/>
          <w:sz w:val="48"/>
        </w:rPr>
        <w:t>Y</w:t>
      </w:r>
      <w:r>
        <w:rPr>
          <w:rFonts w:ascii="Aptos Display" w:hAnsi="Aptos Display"/>
          <w:b/>
          <w:color w:val="202A44"/>
          <w:sz w:val="48"/>
        </w:rPr>
        <w:t>11 PPE TIMETABLE</w:t>
      </w:r>
    </w:p>
    <w:p w14:paraId="7D807834" w14:textId="77777777" w:rsidR="00DE1302" w:rsidRDefault="00A87182">
      <w:pPr>
        <w:spacing w:after="40"/>
        <w:jc w:val="center"/>
      </w:pPr>
      <w:r>
        <w:rPr>
          <w:rFonts w:ascii="Aptos Display" w:hAnsi="Aptos Display"/>
          <w:b/>
          <w:color w:val="6C4AB6"/>
          <w:sz w:val="36"/>
        </w:rPr>
        <w:t>Week A • 02–06 November</w:t>
      </w:r>
    </w:p>
    <w:p w14:paraId="44904D37" w14:textId="77777777" w:rsidR="00DE1302" w:rsidRDefault="00A87182">
      <w:pPr>
        <w:spacing w:after="240"/>
        <w:jc w:val="center"/>
      </w:pPr>
      <w:r>
        <w:rPr>
          <w:rFonts w:ascii="Aptos" w:hAnsi="Aptos"/>
          <w:color w:val="6B7280"/>
          <w:sz w:val="20"/>
        </w:rPr>
        <w:t>Written PPEs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653"/>
        <w:gridCol w:w="2880"/>
        <w:gridCol w:w="2880"/>
        <w:gridCol w:w="2880"/>
      </w:tblGrid>
      <w:tr w:rsidR="00DE1302" w14:paraId="20A6ACD8" w14:textId="77777777">
        <w:trPr>
          <w:tblHeader/>
          <w:jc w:val="center"/>
        </w:trPr>
        <w:tc>
          <w:tcPr>
            <w:tcW w:w="1944" w:type="dxa"/>
            <w:shd w:val="clear" w:color="auto" w:fill="202A44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6EEF073A" w14:textId="77777777" w:rsidR="00DE1302" w:rsidRDefault="00A87182">
            <w:pPr>
              <w:spacing w:after="40"/>
              <w:jc w:val="center"/>
            </w:pPr>
            <w:r>
              <w:rPr>
                <w:rFonts w:ascii="Aptos" w:hAnsi="Aptos"/>
                <w:b/>
                <w:color w:val="FFFFFF"/>
                <w:sz w:val="18"/>
              </w:rPr>
              <w:t>DATE</w:t>
            </w:r>
          </w:p>
        </w:tc>
        <w:tc>
          <w:tcPr>
            <w:tcW w:w="2880" w:type="dxa"/>
            <w:shd w:val="clear" w:color="auto" w:fill="202A44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62F52A83" w14:textId="77777777" w:rsidR="00DE1302" w:rsidRDefault="00A87182">
            <w:pPr>
              <w:spacing w:after="40"/>
              <w:jc w:val="center"/>
            </w:pPr>
            <w:r>
              <w:rPr>
                <w:rFonts w:ascii="Aptos" w:hAnsi="Aptos"/>
                <w:b/>
                <w:color w:val="FFFFFF"/>
                <w:sz w:val="18"/>
              </w:rPr>
              <w:t>SESSION 1</w:t>
            </w:r>
            <w:r>
              <w:rPr>
                <w:rFonts w:ascii="Aptos" w:hAnsi="Aptos"/>
                <w:b/>
                <w:color w:val="FFFFFF"/>
                <w:sz w:val="18"/>
              </w:rPr>
              <w:br/>
            </w:r>
            <w:r>
              <w:rPr>
                <w:rFonts w:ascii="Aptos" w:hAnsi="Aptos"/>
                <w:color w:val="FFFFFF"/>
                <w:sz w:val="18"/>
              </w:rPr>
              <w:t>8:30 – 10:40</w:t>
            </w:r>
          </w:p>
        </w:tc>
        <w:tc>
          <w:tcPr>
            <w:tcW w:w="2880" w:type="dxa"/>
            <w:shd w:val="clear" w:color="auto" w:fill="202A44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726CD9E6" w14:textId="77777777" w:rsidR="00DE1302" w:rsidRDefault="00A87182">
            <w:pPr>
              <w:spacing w:after="40"/>
              <w:jc w:val="center"/>
            </w:pPr>
            <w:r>
              <w:rPr>
                <w:rFonts w:ascii="Aptos" w:hAnsi="Aptos"/>
                <w:b/>
                <w:color w:val="FFFFFF"/>
                <w:sz w:val="18"/>
              </w:rPr>
              <w:t>SESSION 2</w:t>
            </w:r>
            <w:r>
              <w:rPr>
                <w:rFonts w:ascii="Aptos" w:hAnsi="Aptos"/>
                <w:b/>
                <w:color w:val="FFFFFF"/>
                <w:sz w:val="18"/>
              </w:rPr>
              <w:br/>
            </w:r>
            <w:r>
              <w:rPr>
                <w:rFonts w:ascii="Aptos" w:hAnsi="Aptos"/>
                <w:color w:val="FFFFFF"/>
                <w:sz w:val="18"/>
              </w:rPr>
              <w:t>11:10 – 12:50</w:t>
            </w:r>
          </w:p>
        </w:tc>
        <w:tc>
          <w:tcPr>
            <w:tcW w:w="2880" w:type="dxa"/>
            <w:shd w:val="clear" w:color="auto" w:fill="202A44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54F0457D" w14:textId="77777777" w:rsidR="00DE1302" w:rsidRDefault="00A87182">
            <w:pPr>
              <w:spacing w:after="40"/>
              <w:jc w:val="center"/>
            </w:pPr>
            <w:r>
              <w:rPr>
                <w:rFonts w:ascii="Aptos" w:hAnsi="Aptos"/>
                <w:b/>
                <w:color w:val="FFFFFF"/>
                <w:sz w:val="18"/>
              </w:rPr>
              <w:t>SESSION 3</w:t>
            </w:r>
            <w:r>
              <w:rPr>
                <w:rFonts w:ascii="Aptos" w:hAnsi="Aptos"/>
                <w:b/>
                <w:color w:val="FFFFFF"/>
                <w:sz w:val="18"/>
              </w:rPr>
              <w:br/>
            </w:r>
            <w:r>
              <w:rPr>
                <w:rFonts w:ascii="Aptos" w:hAnsi="Aptos"/>
                <w:color w:val="FFFFFF"/>
                <w:sz w:val="18"/>
              </w:rPr>
              <w:t>13:30 – 16:00</w:t>
            </w:r>
          </w:p>
        </w:tc>
      </w:tr>
      <w:tr w:rsidR="00DE1302" w14:paraId="1C61DE06" w14:textId="77777777">
        <w:trPr>
          <w:jc w:val="center"/>
        </w:trPr>
        <w:tc>
          <w:tcPr>
            <w:tcW w:w="2653" w:type="dxa"/>
            <w:shd w:val="clear" w:color="auto" w:fill="E7E2F3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3541AB8B" w14:textId="77777777" w:rsidR="00DE1302" w:rsidRDefault="00A87182">
            <w:pPr>
              <w:spacing w:after="40"/>
              <w:jc w:val="center"/>
            </w:pPr>
            <w:r>
              <w:rPr>
                <w:rFonts w:ascii="Aptos" w:hAnsi="Aptos"/>
                <w:b/>
                <w:color w:val="202A44"/>
                <w:sz w:val="19"/>
              </w:rPr>
              <w:t>Monday 02/11/2026</w:t>
            </w:r>
          </w:p>
        </w:tc>
        <w:tc>
          <w:tcPr>
            <w:tcW w:w="2653" w:type="dxa"/>
            <w:shd w:val="clear" w:color="auto" w:fill="F4F2F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335EBB81" w14:textId="77777777" w:rsidR="00DE1302" w:rsidRDefault="00A87182">
            <w:pPr>
              <w:spacing w:after="40"/>
            </w:pPr>
            <w:r>
              <w:rPr>
                <w:rFonts w:ascii="Aptos" w:hAnsi="Aptos"/>
                <w:color w:val="263238"/>
                <w:sz w:val="18"/>
              </w:rPr>
              <w:t>Maths  Paper 1</w:t>
            </w:r>
            <w:r>
              <w:rPr>
                <w:rFonts w:ascii="Aptos" w:hAnsi="Aptos"/>
                <w:color w:val="263238"/>
                <w:sz w:val="18"/>
              </w:rPr>
              <w:br/>
              <w:t>Non-Calculator</w:t>
            </w:r>
            <w:r>
              <w:rPr>
                <w:rFonts w:ascii="Aptos" w:hAnsi="Aptos"/>
                <w:color w:val="263238"/>
                <w:sz w:val="18"/>
              </w:rPr>
              <w:br/>
              <w:t>1hr 30</w:t>
            </w:r>
          </w:p>
        </w:tc>
        <w:tc>
          <w:tcPr>
            <w:tcW w:w="2653" w:type="dxa"/>
            <w:shd w:val="clear" w:color="auto" w:fill="F4F2F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544C0CB1" w14:textId="77777777" w:rsidR="00DE1302" w:rsidRDefault="00A87182">
            <w:pPr>
              <w:spacing w:after="40"/>
            </w:pPr>
            <w:r>
              <w:rPr>
                <w:rFonts w:ascii="Aptos" w:hAnsi="Aptos"/>
                <w:color w:val="263238"/>
                <w:sz w:val="18"/>
              </w:rPr>
              <w:t>History Paper 2</w:t>
            </w:r>
            <w:r>
              <w:rPr>
                <w:rFonts w:ascii="Aptos" w:hAnsi="Aptos"/>
                <w:color w:val="263238"/>
                <w:sz w:val="18"/>
              </w:rPr>
              <w:br/>
              <w:t>1hr</w:t>
            </w:r>
          </w:p>
        </w:tc>
        <w:tc>
          <w:tcPr>
            <w:tcW w:w="2653" w:type="dxa"/>
            <w:shd w:val="clear" w:color="auto" w:fill="F4F2F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048FD16C" w14:textId="77777777" w:rsidR="00DE1302" w:rsidRDefault="00A87182">
            <w:pPr>
              <w:spacing w:after="40"/>
            </w:pPr>
            <w:r>
              <w:rPr>
                <w:rFonts w:ascii="Aptos" w:hAnsi="Aptos"/>
                <w:color w:val="263238"/>
                <w:sz w:val="18"/>
              </w:rPr>
              <w:t>Geography Paper 1</w:t>
            </w:r>
            <w:r>
              <w:rPr>
                <w:rFonts w:ascii="Aptos" w:hAnsi="Aptos"/>
                <w:color w:val="263238"/>
                <w:sz w:val="18"/>
              </w:rPr>
              <w:br/>
              <w:t>1hr 30</w:t>
            </w:r>
          </w:p>
        </w:tc>
      </w:tr>
      <w:tr w:rsidR="00DE1302" w14:paraId="6072D3C6" w14:textId="77777777">
        <w:trPr>
          <w:jc w:val="center"/>
        </w:trPr>
        <w:tc>
          <w:tcPr>
            <w:tcW w:w="2653" w:type="dxa"/>
            <w:shd w:val="clear" w:color="auto" w:fill="E7E2F3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718F5216" w14:textId="77777777" w:rsidR="00DE1302" w:rsidRDefault="00A87182">
            <w:pPr>
              <w:spacing w:after="40"/>
              <w:jc w:val="center"/>
            </w:pPr>
            <w:r>
              <w:rPr>
                <w:rFonts w:ascii="Aptos" w:hAnsi="Aptos"/>
                <w:b/>
                <w:color w:val="202A44"/>
                <w:sz w:val="19"/>
              </w:rPr>
              <w:t>Tuesday 03/11/2026</w:t>
            </w:r>
          </w:p>
        </w:tc>
        <w:tc>
          <w:tcPr>
            <w:tcW w:w="2653" w:type="dxa"/>
            <w:shd w:val="clear" w:color="auto" w:fill="FFFFFF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224D01E4" w14:textId="77777777" w:rsidR="00DE1302" w:rsidRDefault="00A87182">
            <w:pPr>
              <w:spacing w:after="40"/>
            </w:pPr>
            <w:r>
              <w:rPr>
                <w:rFonts w:ascii="Aptos" w:hAnsi="Aptos"/>
                <w:color w:val="263238"/>
                <w:sz w:val="18"/>
              </w:rPr>
              <w:t>English Literature Paper 1</w:t>
            </w:r>
            <w:r>
              <w:rPr>
                <w:rFonts w:ascii="Aptos" w:hAnsi="Aptos"/>
                <w:color w:val="263238"/>
                <w:sz w:val="18"/>
              </w:rPr>
              <w:br/>
              <w:t>1hr 45</w:t>
            </w:r>
          </w:p>
        </w:tc>
        <w:tc>
          <w:tcPr>
            <w:tcW w:w="2653" w:type="dxa"/>
            <w:shd w:val="clear" w:color="auto" w:fill="FFFFFF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7F4E50E1" w14:textId="77777777" w:rsidR="00DE1302" w:rsidRDefault="00A87182">
            <w:pPr>
              <w:spacing w:after="40"/>
            </w:pPr>
            <w:r>
              <w:rPr>
                <w:rFonts w:ascii="Aptos" w:hAnsi="Aptos"/>
                <w:color w:val="263238"/>
                <w:sz w:val="18"/>
              </w:rPr>
              <w:t>French / Spanish / Italian / Russian Reading</w:t>
            </w:r>
            <w:r>
              <w:rPr>
                <w:rFonts w:ascii="Aptos" w:hAnsi="Aptos"/>
                <w:color w:val="263238"/>
                <w:sz w:val="18"/>
              </w:rPr>
              <w:br/>
              <w:t>45 min F</w:t>
            </w:r>
            <w:r>
              <w:rPr>
                <w:rFonts w:ascii="Aptos" w:hAnsi="Aptos"/>
                <w:color w:val="263238"/>
                <w:sz w:val="18"/>
              </w:rPr>
              <w:br/>
              <w:t>1hr H</w:t>
            </w:r>
            <w:r>
              <w:rPr>
                <w:rFonts w:ascii="Aptos" w:hAnsi="Aptos"/>
                <w:color w:val="263238"/>
                <w:sz w:val="18"/>
              </w:rPr>
              <w:br/>
            </w:r>
            <w:r>
              <w:rPr>
                <w:rFonts w:ascii="Aptos" w:hAnsi="Aptos"/>
                <w:color w:val="263238"/>
                <w:sz w:val="18"/>
              </w:rPr>
              <w:t>RS 2</w:t>
            </w:r>
            <w:r>
              <w:rPr>
                <w:rFonts w:ascii="Aptos" w:hAnsi="Aptos"/>
                <w:color w:val="263238"/>
                <w:sz w:val="18"/>
              </w:rPr>
              <w:br/>
              <w:t>1hr</w:t>
            </w:r>
          </w:p>
        </w:tc>
        <w:tc>
          <w:tcPr>
            <w:tcW w:w="2653" w:type="dxa"/>
            <w:shd w:val="clear" w:color="auto" w:fill="FFFFFF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7A81CBC2" w14:textId="77777777" w:rsidR="00DE1302" w:rsidRDefault="00A87182">
            <w:pPr>
              <w:spacing w:after="40"/>
            </w:pPr>
            <w:r>
              <w:rPr>
                <w:rFonts w:ascii="Aptos" w:hAnsi="Aptos"/>
                <w:color w:val="263238"/>
                <w:sz w:val="18"/>
              </w:rPr>
              <w:t>Media Studies: TV and Promoting Media (Main Hall)</w:t>
            </w:r>
            <w:r>
              <w:rPr>
                <w:rFonts w:ascii="Aptos" w:hAnsi="Aptos"/>
                <w:color w:val="263238"/>
                <w:sz w:val="18"/>
              </w:rPr>
              <w:br/>
              <w:t>1hr 45</w:t>
            </w:r>
          </w:p>
        </w:tc>
      </w:tr>
      <w:tr w:rsidR="00DE1302" w14:paraId="1DB803D8" w14:textId="77777777">
        <w:trPr>
          <w:jc w:val="center"/>
        </w:trPr>
        <w:tc>
          <w:tcPr>
            <w:tcW w:w="2653" w:type="dxa"/>
            <w:shd w:val="clear" w:color="auto" w:fill="E7E2F3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30334E56" w14:textId="77777777" w:rsidR="00DE1302" w:rsidRDefault="00A87182">
            <w:pPr>
              <w:spacing w:after="40"/>
              <w:jc w:val="center"/>
            </w:pPr>
            <w:r>
              <w:rPr>
                <w:rFonts w:ascii="Aptos" w:hAnsi="Aptos"/>
                <w:b/>
                <w:color w:val="202A44"/>
                <w:sz w:val="19"/>
              </w:rPr>
              <w:t>Wednesday 04/11/2026</w:t>
            </w:r>
          </w:p>
        </w:tc>
        <w:tc>
          <w:tcPr>
            <w:tcW w:w="2653" w:type="dxa"/>
            <w:shd w:val="clear" w:color="auto" w:fill="F4F2F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3B51194D" w14:textId="77777777" w:rsidR="00DE1302" w:rsidRDefault="00A87182">
            <w:pPr>
              <w:spacing w:after="40"/>
            </w:pPr>
            <w:r>
              <w:rPr>
                <w:rFonts w:ascii="Aptos" w:hAnsi="Aptos"/>
                <w:color w:val="263238"/>
                <w:sz w:val="18"/>
              </w:rPr>
              <w:t>Biology Paper 1</w:t>
            </w:r>
            <w:r>
              <w:rPr>
                <w:rFonts w:ascii="Aptos" w:hAnsi="Aptos"/>
                <w:color w:val="263238"/>
                <w:sz w:val="18"/>
              </w:rPr>
              <w:br/>
              <w:t>1hr 45 Separate</w:t>
            </w:r>
            <w:r>
              <w:rPr>
                <w:rFonts w:ascii="Aptos" w:hAnsi="Aptos"/>
                <w:color w:val="263238"/>
                <w:sz w:val="18"/>
              </w:rPr>
              <w:br/>
              <w:t>1hr 15 Combined</w:t>
            </w:r>
          </w:p>
        </w:tc>
        <w:tc>
          <w:tcPr>
            <w:tcW w:w="2653" w:type="dxa"/>
            <w:shd w:val="clear" w:color="auto" w:fill="F4F2F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31447391" w14:textId="77777777" w:rsidR="00DE1302" w:rsidRDefault="00A87182">
            <w:pPr>
              <w:spacing w:after="40"/>
            </w:pPr>
            <w:r>
              <w:rPr>
                <w:rFonts w:ascii="Aptos" w:hAnsi="Aptos"/>
                <w:color w:val="263238"/>
                <w:sz w:val="18"/>
              </w:rPr>
              <w:t>Drama Exam</w:t>
            </w:r>
            <w:r>
              <w:rPr>
                <w:rFonts w:ascii="Aptos" w:hAnsi="Aptos"/>
                <w:color w:val="263238"/>
                <w:sz w:val="18"/>
              </w:rPr>
              <w:br/>
              <w:t>1hr 15</w:t>
            </w:r>
          </w:p>
        </w:tc>
        <w:tc>
          <w:tcPr>
            <w:tcW w:w="2653" w:type="dxa"/>
            <w:shd w:val="clear" w:color="auto" w:fill="F4F2F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2A125E4A" w14:textId="362CAD8A" w:rsidR="00DE1302" w:rsidRDefault="00A87182">
            <w:pPr>
              <w:spacing w:after="40"/>
            </w:pPr>
            <w:r>
              <w:rPr>
                <w:rFonts w:ascii="Aptos" w:hAnsi="Aptos"/>
                <w:color w:val="263238"/>
                <w:sz w:val="18"/>
              </w:rPr>
              <w:t>Food Exam 1hr 45</w:t>
            </w:r>
            <w:r>
              <w:rPr>
                <w:rFonts w:ascii="Aptos" w:hAnsi="Aptos"/>
                <w:color w:val="263238"/>
                <w:sz w:val="18"/>
              </w:rPr>
              <w:br/>
              <w:t>Music Exam 1hr 20</w:t>
            </w:r>
            <w:r>
              <w:rPr>
                <w:rFonts w:ascii="Aptos" w:hAnsi="Aptos"/>
                <w:color w:val="263238"/>
                <w:sz w:val="18"/>
              </w:rPr>
              <w:br/>
              <w:t>Dance</w:t>
            </w:r>
            <w:r w:rsidR="00E552DE">
              <w:rPr>
                <w:rFonts w:ascii="Aptos" w:hAnsi="Aptos"/>
                <w:color w:val="263238"/>
                <w:sz w:val="18"/>
              </w:rPr>
              <w:t xml:space="preserve"> Exam</w:t>
            </w:r>
            <w:r>
              <w:rPr>
                <w:rFonts w:ascii="Aptos" w:hAnsi="Aptos"/>
                <w:color w:val="263238"/>
                <w:sz w:val="18"/>
              </w:rPr>
              <w:t xml:space="preserve"> 1hr 30</w:t>
            </w:r>
          </w:p>
        </w:tc>
      </w:tr>
      <w:tr w:rsidR="00DE1302" w14:paraId="378CFDDA" w14:textId="77777777">
        <w:trPr>
          <w:jc w:val="center"/>
        </w:trPr>
        <w:tc>
          <w:tcPr>
            <w:tcW w:w="2653" w:type="dxa"/>
            <w:shd w:val="clear" w:color="auto" w:fill="E7E2F3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37782978" w14:textId="77777777" w:rsidR="00DE1302" w:rsidRDefault="00A87182">
            <w:pPr>
              <w:spacing w:after="40"/>
              <w:jc w:val="center"/>
            </w:pPr>
            <w:r>
              <w:rPr>
                <w:rFonts w:ascii="Aptos" w:hAnsi="Aptos"/>
                <w:b/>
                <w:color w:val="202A44"/>
                <w:sz w:val="19"/>
              </w:rPr>
              <w:t>Thursday 05/11/2026</w:t>
            </w:r>
          </w:p>
        </w:tc>
        <w:tc>
          <w:tcPr>
            <w:tcW w:w="2653" w:type="dxa"/>
            <w:shd w:val="clear" w:color="auto" w:fill="FFFFFF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17DBBCAF" w14:textId="77777777" w:rsidR="00DE1302" w:rsidRDefault="00A87182">
            <w:pPr>
              <w:spacing w:after="40"/>
            </w:pPr>
            <w:r>
              <w:rPr>
                <w:rFonts w:ascii="Aptos" w:hAnsi="Aptos"/>
                <w:color w:val="263238"/>
                <w:sz w:val="18"/>
              </w:rPr>
              <w:t>Maths Paper 2</w:t>
            </w:r>
            <w:r>
              <w:rPr>
                <w:rFonts w:ascii="Aptos" w:hAnsi="Aptos"/>
                <w:color w:val="263238"/>
                <w:sz w:val="18"/>
              </w:rPr>
              <w:br/>
            </w:r>
            <w:r>
              <w:rPr>
                <w:rFonts w:ascii="Aptos" w:hAnsi="Aptos"/>
                <w:color w:val="263238"/>
                <w:sz w:val="18"/>
              </w:rPr>
              <w:t>Calculator</w:t>
            </w:r>
            <w:r>
              <w:rPr>
                <w:rFonts w:ascii="Aptos" w:hAnsi="Aptos"/>
                <w:color w:val="263238"/>
                <w:sz w:val="18"/>
              </w:rPr>
              <w:br/>
              <w:t>1 hr 30</w:t>
            </w:r>
          </w:p>
        </w:tc>
        <w:tc>
          <w:tcPr>
            <w:tcW w:w="2653" w:type="dxa"/>
            <w:shd w:val="clear" w:color="auto" w:fill="FFFFFF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63E2421D" w14:textId="26A011B7" w:rsidR="00DE1302" w:rsidRDefault="00A87182">
            <w:pPr>
              <w:spacing w:after="40"/>
            </w:pPr>
            <w:r>
              <w:rPr>
                <w:rFonts w:ascii="Aptos" w:hAnsi="Aptos"/>
                <w:color w:val="263238"/>
                <w:sz w:val="18"/>
              </w:rPr>
              <w:t>French / Spanish / Italian / Russian Writing</w:t>
            </w:r>
            <w:r>
              <w:rPr>
                <w:rFonts w:ascii="Aptos" w:hAnsi="Aptos"/>
                <w:color w:val="263238"/>
                <w:sz w:val="18"/>
              </w:rPr>
              <w:br/>
              <w:t>1hr F</w:t>
            </w:r>
            <w:r>
              <w:rPr>
                <w:rFonts w:ascii="Aptos" w:hAnsi="Aptos"/>
                <w:color w:val="263238"/>
                <w:sz w:val="18"/>
              </w:rPr>
              <w:br/>
              <w:t>1hr 15 H</w:t>
            </w:r>
            <w:r>
              <w:rPr>
                <w:rFonts w:ascii="Aptos" w:hAnsi="Aptos"/>
                <w:color w:val="263238"/>
                <w:sz w:val="18"/>
              </w:rPr>
              <w:br/>
              <w:t>RS</w:t>
            </w:r>
            <w:r w:rsidR="00E552DE">
              <w:rPr>
                <w:rFonts w:ascii="Aptos" w:hAnsi="Aptos"/>
                <w:color w:val="263238"/>
                <w:sz w:val="18"/>
              </w:rPr>
              <w:t xml:space="preserve"> Paper</w:t>
            </w:r>
            <w:r>
              <w:rPr>
                <w:rFonts w:ascii="Aptos" w:hAnsi="Aptos"/>
                <w:color w:val="263238"/>
                <w:sz w:val="18"/>
              </w:rPr>
              <w:t xml:space="preserve"> 3</w:t>
            </w:r>
            <w:r>
              <w:rPr>
                <w:rFonts w:ascii="Aptos" w:hAnsi="Aptos"/>
                <w:color w:val="263238"/>
                <w:sz w:val="18"/>
              </w:rPr>
              <w:br/>
              <w:t>1hr</w:t>
            </w:r>
          </w:p>
        </w:tc>
        <w:tc>
          <w:tcPr>
            <w:tcW w:w="2653" w:type="dxa"/>
            <w:shd w:val="clear" w:color="auto" w:fill="FFFFFF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7A0F49BE" w14:textId="77777777" w:rsidR="00DE1302" w:rsidRDefault="00A87182">
            <w:pPr>
              <w:spacing w:after="40"/>
            </w:pPr>
            <w:r>
              <w:rPr>
                <w:rFonts w:ascii="Aptos" w:hAnsi="Aptos"/>
                <w:color w:val="263238"/>
                <w:sz w:val="18"/>
              </w:rPr>
              <w:t>Business Studies 1</w:t>
            </w:r>
            <w:r>
              <w:rPr>
                <w:rFonts w:ascii="Aptos" w:hAnsi="Aptos"/>
                <w:color w:val="263238"/>
                <w:sz w:val="18"/>
              </w:rPr>
              <w:br/>
              <w:t>1hr 45</w:t>
            </w:r>
            <w:r>
              <w:rPr>
                <w:rFonts w:ascii="Aptos" w:hAnsi="Aptos"/>
                <w:color w:val="263238"/>
                <w:sz w:val="18"/>
              </w:rPr>
              <w:br/>
              <w:t>Child Development</w:t>
            </w:r>
            <w:r>
              <w:rPr>
                <w:rFonts w:ascii="Aptos" w:hAnsi="Aptos"/>
                <w:color w:val="263238"/>
                <w:sz w:val="18"/>
              </w:rPr>
              <w:br/>
              <w:t>1hr 15</w:t>
            </w:r>
          </w:p>
        </w:tc>
      </w:tr>
      <w:tr w:rsidR="00DE1302" w14:paraId="7E4448E7" w14:textId="77777777">
        <w:trPr>
          <w:jc w:val="center"/>
        </w:trPr>
        <w:tc>
          <w:tcPr>
            <w:tcW w:w="2653" w:type="dxa"/>
            <w:shd w:val="clear" w:color="auto" w:fill="E7E2F3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36F3698A" w14:textId="77777777" w:rsidR="00DE1302" w:rsidRDefault="00A87182">
            <w:pPr>
              <w:spacing w:after="40"/>
              <w:jc w:val="center"/>
            </w:pPr>
            <w:r>
              <w:rPr>
                <w:rFonts w:ascii="Aptos" w:hAnsi="Aptos"/>
                <w:b/>
                <w:color w:val="202A44"/>
                <w:sz w:val="19"/>
              </w:rPr>
              <w:t>Friday 06/11/2026</w:t>
            </w:r>
          </w:p>
        </w:tc>
        <w:tc>
          <w:tcPr>
            <w:tcW w:w="2653" w:type="dxa"/>
            <w:shd w:val="clear" w:color="auto" w:fill="F4F2F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3324A8B4" w14:textId="77777777" w:rsidR="00DE1302" w:rsidRDefault="00A87182">
            <w:pPr>
              <w:spacing w:after="40"/>
            </w:pPr>
            <w:r>
              <w:rPr>
                <w:rFonts w:ascii="Aptos" w:hAnsi="Aptos"/>
                <w:color w:val="263238"/>
                <w:sz w:val="18"/>
              </w:rPr>
              <w:t>Chemistry Paper 1</w:t>
            </w:r>
            <w:r>
              <w:rPr>
                <w:rFonts w:ascii="Aptos" w:hAnsi="Aptos"/>
                <w:color w:val="263238"/>
                <w:sz w:val="18"/>
              </w:rPr>
              <w:br/>
              <w:t>1hr 45 Separate</w:t>
            </w:r>
            <w:r>
              <w:rPr>
                <w:rFonts w:ascii="Aptos" w:hAnsi="Aptos"/>
                <w:color w:val="263238"/>
                <w:sz w:val="18"/>
              </w:rPr>
              <w:br/>
              <w:t>1hr 15 Combined</w:t>
            </w:r>
          </w:p>
        </w:tc>
        <w:tc>
          <w:tcPr>
            <w:tcW w:w="2653" w:type="dxa"/>
            <w:shd w:val="clear" w:color="auto" w:fill="F4F2F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2A7EED4F" w14:textId="77777777" w:rsidR="00E552DE" w:rsidRDefault="00A87182">
            <w:pPr>
              <w:spacing w:after="40"/>
              <w:rPr>
                <w:rFonts w:ascii="Aptos" w:hAnsi="Aptos"/>
                <w:color w:val="263238"/>
                <w:sz w:val="18"/>
              </w:rPr>
            </w:pPr>
            <w:r>
              <w:rPr>
                <w:rFonts w:ascii="Aptos" w:hAnsi="Aptos"/>
                <w:color w:val="263238"/>
                <w:sz w:val="18"/>
              </w:rPr>
              <w:t>Computer Science  Paper 1</w:t>
            </w:r>
            <w:r>
              <w:rPr>
                <w:rFonts w:ascii="Aptos" w:hAnsi="Aptos"/>
                <w:color w:val="263238"/>
                <w:sz w:val="18"/>
              </w:rPr>
              <w:br/>
              <w:t>1hr 30</w:t>
            </w:r>
            <w:r>
              <w:rPr>
                <w:rFonts w:ascii="Aptos" w:hAnsi="Aptos"/>
                <w:color w:val="263238"/>
                <w:sz w:val="18"/>
              </w:rPr>
              <w:t xml:space="preserve"> </w:t>
            </w:r>
          </w:p>
          <w:p w14:paraId="2068C581" w14:textId="2E3B0D6D" w:rsidR="00DE1302" w:rsidRDefault="00A87182">
            <w:pPr>
              <w:spacing w:after="40"/>
            </w:pPr>
            <w:r>
              <w:rPr>
                <w:rFonts w:ascii="Aptos" w:hAnsi="Aptos"/>
                <w:color w:val="263238"/>
                <w:sz w:val="18"/>
              </w:rPr>
              <w:t>German / Portugese</w:t>
            </w:r>
            <w:r>
              <w:rPr>
                <w:rFonts w:ascii="Aptos" w:hAnsi="Aptos"/>
                <w:color w:val="263238"/>
                <w:sz w:val="18"/>
              </w:rPr>
              <w:br/>
              <w:t>Reading</w:t>
            </w:r>
          </w:p>
        </w:tc>
        <w:tc>
          <w:tcPr>
            <w:tcW w:w="2653" w:type="dxa"/>
            <w:shd w:val="clear" w:color="auto" w:fill="F4F2F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6E6D9D9C" w14:textId="77777777" w:rsidR="00DE1302" w:rsidRDefault="00A87182">
            <w:pPr>
              <w:spacing w:after="40"/>
            </w:pPr>
            <w:r>
              <w:rPr>
                <w:rFonts w:ascii="Aptos" w:hAnsi="Aptos"/>
                <w:color w:val="263238"/>
                <w:sz w:val="18"/>
              </w:rPr>
              <w:t>HSC Exam</w:t>
            </w:r>
            <w:r>
              <w:rPr>
                <w:rFonts w:ascii="Aptos" w:hAnsi="Aptos"/>
                <w:color w:val="263238"/>
                <w:sz w:val="18"/>
              </w:rPr>
              <w:br/>
              <w:t>1hr 45</w:t>
            </w:r>
            <w:r>
              <w:rPr>
                <w:rFonts w:ascii="Aptos" w:hAnsi="Aptos"/>
                <w:color w:val="263238"/>
                <w:sz w:val="18"/>
              </w:rPr>
              <w:br/>
              <w:t>GCSE PE 1</w:t>
            </w:r>
            <w:r>
              <w:rPr>
                <w:rFonts w:ascii="Aptos" w:hAnsi="Aptos"/>
                <w:color w:val="263238"/>
                <w:sz w:val="18"/>
              </w:rPr>
              <w:br/>
              <w:t>1hr</w:t>
            </w:r>
          </w:p>
        </w:tc>
      </w:tr>
    </w:tbl>
    <w:p w14:paraId="1CADC107" w14:textId="77777777" w:rsidR="00DE1302" w:rsidRDefault="00A87182">
      <w:r>
        <w:br w:type="page"/>
      </w:r>
    </w:p>
    <w:p w14:paraId="50D2EDCD" w14:textId="77777777" w:rsidR="00DE1302" w:rsidRDefault="00A87182">
      <w:pPr>
        <w:spacing w:after="60"/>
        <w:jc w:val="center"/>
      </w:pPr>
      <w:r>
        <w:rPr>
          <w:rFonts w:ascii="Aptos Display" w:hAnsi="Aptos Display"/>
          <w:b/>
          <w:color w:val="202A44"/>
          <w:sz w:val="48"/>
        </w:rPr>
        <w:lastRenderedPageBreak/>
        <w:t>Y11 PPE TIMETABLE</w:t>
      </w:r>
    </w:p>
    <w:p w14:paraId="46F9BD85" w14:textId="77777777" w:rsidR="00DE1302" w:rsidRDefault="00A87182">
      <w:pPr>
        <w:spacing w:after="40"/>
        <w:jc w:val="center"/>
      </w:pPr>
      <w:r>
        <w:rPr>
          <w:rFonts w:ascii="Aptos Display" w:hAnsi="Aptos Display"/>
          <w:b/>
          <w:color w:val="6C4AB6"/>
          <w:sz w:val="36"/>
        </w:rPr>
        <w:t>Week B • 09–13 November</w:t>
      </w:r>
    </w:p>
    <w:p w14:paraId="75E86E4E" w14:textId="77777777" w:rsidR="00DE1302" w:rsidRDefault="00A87182">
      <w:pPr>
        <w:spacing w:after="240"/>
        <w:jc w:val="center"/>
      </w:pPr>
      <w:r>
        <w:rPr>
          <w:rFonts w:ascii="Aptos" w:hAnsi="Aptos"/>
          <w:color w:val="6B7280"/>
          <w:sz w:val="20"/>
        </w:rPr>
        <w:t>Written PPEs + practical preparation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653"/>
        <w:gridCol w:w="2880"/>
        <w:gridCol w:w="2880"/>
        <w:gridCol w:w="2880"/>
      </w:tblGrid>
      <w:tr w:rsidR="00DE1302" w14:paraId="78EE927B" w14:textId="77777777">
        <w:trPr>
          <w:tblHeader/>
          <w:jc w:val="center"/>
        </w:trPr>
        <w:tc>
          <w:tcPr>
            <w:tcW w:w="1944" w:type="dxa"/>
            <w:shd w:val="clear" w:color="auto" w:fill="202A44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70DCA21D" w14:textId="77777777" w:rsidR="00DE1302" w:rsidRDefault="00A87182">
            <w:pPr>
              <w:spacing w:after="40"/>
              <w:jc w:val="center"/>
            </w:pPr>
            <w:r>
              <w:rPr>
                <w:rFonts w:ascii="Aptos" w:hAnsi="Aptos"/>
                <w:b/>
                <w:color w:val="FFFFFF"/>
                <w:sz w:val="18"/>
              </w:rPr>
              <w:t>DATE</w:t>
            </w:r>
          </w:p>
        </w:tc>
        <w:tc>
          <w:tcPr>
            <w:tcW w:w="2880" w:type="dxa"/>
            <w:shd w:val="clear" w:color="auto" w:fill="202A44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5B44356F" w14:textId="77777777" w:rsidR="00DE1302" w:rsidRDefault="00A87182">
            <w:pPr>
              <w:spacing w:after="40"/>
              <w:jc w:val="center"/>
            </w:pPr>
            <w:r>
              <w:rPr>
                <w:rFonts w:ascii="Aptos" w:hAnsi="Aptos"/>
                <w:b/>
                <w:color w:val="FFFFFF"/>
                <w:sz w:val="18"/>
              </w:rPr>
              <w:t>SESSION 1</w:t>
            </w:r>
            <w:r>
              <w:rPr>
                <w:rFonts w:ascii="Aptos" w:hAnsi="Aptos"/>
                <w:b/>
                <w:color w:val="FFFFFF"/>
                <w:sz w:val="18"/>
              </w:rPr>
              <w:br/>
            </w:r>
            <w:r>
              <w:rPr>
                <w:rFonts w:ascii="Aptos" w:hAnsi="Aptos"/>
                <w:color w:val="FFFFFF"/>
                <w:sz w:val="18"/>
              </w:rPr>
              <w:t>8:30 – 10:40</w:t>
            </w:r>
          </w:p>
        </w:tc>
        <w:tc>
          <w:tcPr>
            <w:tcW w:w="2880" w:type="dxa"/>
            <w:shd w:val="clear" w:color="auto" w:fill="202A44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62C2C9C0" w14:textId="77777777" w:rsidR="00DE1302" w:rsidRDefault="00A87182">
            <w:pPr>
              <w:spacing w:after="40"/>
              <w:jc w:val="center"/>
            </w:pPr>
            <w:r>
              <w:rPr>
                <w:rFonts w:ascii="Aptos" w:hAnsi="Aptos"/>
                <w:b/>
                <w:color w:val="FFFFFF"/>
                <w:sz w:val="18"/>
              </w:rPr>
              <w:t>SESSION 2</w:t>
            </w:r>
            <w:r>
              <w:rPr>
                <w:rFonts w:ascii="Aptos" w:hAnsi="Aptos"/>
                <w:b/>
                <w:color w:val="FFFFFF"/>
                <w:sz w:val="18"/>
              </w:rPr>
              <w:br/>
            </w:r>
            <w:r>
              <w:rPr>
                <w:rFonts w:ascii="Aptos" w:hAnsi="Aptos"/>
                <w:color w:val="FFFFFF"/>
                <w:sz w:val="18"/>
              </w:rPr>
              <w:t>11:10 – 12:50</w:t>
            </w:r>
          </w:p>
        </w:tc>
        <w:tc>
          <w:tcPr>
            <w:tcW w:w="2880" w:type="dxa"/>
            <w:shd w:val="clear" w:color="auto" w:fill="202A44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65C2B033" w14:textId="77777777" w:rsidR="00DE1302" w:rsidRDefault="00A87182">
            <w:pPr>
              <w:spacing w:after="40"/>
              <w:jc w:val="center"/>
            </w:pPr>
            <w:r>
              <w:rPr>
                <w:rFonts w:ascii="Aptos" w:hAnsi="Aptos"/>
                <w:b/>
                <w:color w:val="FFFFFF"/>
                <w:sz w:val="18"/>
              </w:rPr>
              <w:t>SESSION 3</w:t>
            </w:r>
            <w:r>
              <w:rPr>
                <w:rFonts w:ascii="Aptos" w:hAnsi="Aptos"/>
                <w:b/>
                <w:color w:val="FFFFFF"/>
                <w:sz w:val="18"/>
              </w:rPr>
              <w:br/>
            </w:r>
            <w:r>
              <w:rPr>
                <w:rFonts w:ascii="Aptos" w:hAnsi="Aptos"/>
                <w:color w:val="FFFFFF"/>
                <w:sz w:val="18"/>
              </w:rPr>
              <w:t>13:30 – 16:00</w:t>
            </w:r>
          </w:p>
        </w:tc>
      </w:tr>
      <w:tr w:rsidR="00DE1302" w14:paraId="0BD98CD4" w14:textId="77777777">
        <w:trPr>
          <w:jc w:val="center"/>
        </w:trPr>
        <w:tc>
          <w:tcPr>
            <w:tcW w:w="2653" w:type="dxa"/>
            <w:shd w:val="clear" w:color="auto" w:fill="E7E2F3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73765F7B" w14:textId="77777777" w:rsidR="00DE1302" w:rsidRDefault="00A87182">
            <w:pPr>
              <w:spacing w:after="40"/>
              <w:jc w:val="center"/>
            </w:pPr>
            <w:r>
              <w:rPr>
                <w:rFonts w:ascii="Aptos" w:hAnsi="Aptos"/>
                <w:b/>
                <w:color w:val="202A44"/>
                <w:sz w:val="19"/>
              </w:rPr>
              <w:t>Monday 09/11/2026</w:t>
            </w:r>
          </w:p>
        </w:tc>
        <w:tc>
          <w:tcPr>
            <w:tcW w:w="2653" w:type="dxa"/>
            <w:shd w:val="clear" w:color="auto" w:fill="F4F2F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1F39F9FB" w14:textId="77777777" w:rsidR="00DE1302" w:rsidRDefault="00A87182">
            <w:pPr>
              <w:spacing w:after="40"/>
            </w:pPr>
            <w:r>
              <w:rPr>
                <w:rFonts w:ascii="Aptos" w:hAnsi="Aptos"/>
                <w:color w:val="263238"/>
                <w:sz w:val="18"/>
              </w:rPr>
              <w:t>English Language Paper 1</w:t>
            </w:r>
            <w:r>
              <w:rPr>
                <w:rFonts w:ascii="Aptos" w:hAnsi="Aptos"/>
                <w:color w:val="263238"/>
                <w:sz w:val="18"/>
              </w:rPr>
              <w:br/>
              <w:t>1 hr 45</w:t>
            </w:r>
          </w:p>
        </w:tc>
        <w:tc>
          <w:tcPr>
            <w:tcW w:w="2653" w:type="dxa"/>
            <w:shd w:val="clear" w:color="auto" w:fill="F4F2F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0E37D53F" w14:textId="77777777" w:rsidR="00DE1302" w:rsidRDefault="00A87182">
            <w:pPr>
              <w:spacing w:after="40"/>
            </w:pPr>
            <w:r>
              <w:rPr>
                <w:rFonts w:ascii="Aptos" w:hAnsi="Aptos"/>
                <w:color w:val="263238"/>
                <w:sz w:val="18"/>
              </w:rPr>
              <w:t>French &amp; Spanish Listening</w:t>
            </w:r>
            <w:r>
              <w:rPr>
                <w:rFonts w:ascii="Aptos" w:hAnsi="Aptos"/>
                <w:color w:val="263238"/>
                <w:sz w:val="18"/>
              </w:rPr>
              <w:br/>
              <w:t>35 min F</w:t>
            </w:r>
            <w:r>
              <w:rPr>
                <w:rFonts w:ascii="Aptos" w:hAnsi="Aptos"/>
                <w:color w:val="263238"/>
                <w:sz w:val="18"/>
              </w:rPr>
              <w:br/>
              <w:t>45 min H</w:t>
            </w:r>
          </w:p>
        </w:tc>
        <w:tc>
          <w:tcPr>
            <w:tcW w:w="2653" w:type="dxa"/>
            <w:shd w:val="clear" w:color="auto" w:fill="F4F2F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0EFC9B2B" w14:textId="77777777" w:rsidR="00DE1302" w:rsidRDefault="00A87182">
            <w:pPr>
              <w:spacing w:after="40"/>
            </w:pPr>
            <w:r>
              <w:rPr>
                <w:rFonts w:ascii="Aptos" w:hAnsi="Aptos"/>
                <w:color w:val="263238"/>
                <w:sz w:val="18"/>
              </w:rPr>
              <w:t>Sociology Paper 1</w:t>
            </w:r>
            <w:r>
              <w:rPr>
                <w:rFonts w:ascii="Aptos" w:hAnsi="Aptos"/>
                <w:color w:val="263238"/>
                <w:sz w:val="18"/>
              </w:rPr>
              <w:br/>
              <w:t>1hr 45</w:t>
            </w:r>
            <w:r>
              <w:rPr>
                <w:rFonts w:ascii="Aptos" w:hAnsi="Aptos"/>
                <w:color w:val="263238"/>
                <w:sz w:val="18"/>
              </w:rPr>
              <w:br/>
              <w:t>DT Exam</w:t>
            </w:r>
            <w:r>
              <w:rPr>
                <w:rFonts w:ascii="Aptos" w:hAnsi="Aptos"/>
                <w:color w:val="263238"/>
                <w:sz w:val="18"/>
              </w:rPr>
              <w:br/>
              <w:t>2hr</w:t>
            </w:r>
          </w:p>
        </w:tc>
      </w:tr>
      <w:tr w:rsidR="00DE1302" w14:paraId="1CC4CB05" w14:textId="77777777">
        <w:trPr>
          <w:jc w:val="center"/>
        </w:trPr>
        <w:tc>
          <w:tcPr>
            <w:tcW w:w="2653" w:type="dxa"/>
            <w:shd w:val="clear" w:color="auto" w:fill="E7E2F3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33FC4A14" w14:textId="77777777" w:rsidR="00DE1302" w:rsidRDefault="00A87182">
            <w:pPr>
              <w:spacing w:after="40"/>
              <w:jc w:val="center"/>
            </w:pPr>
            <w:r>
              <w:rPr>
                <w:rFonts w:ascii="Aptos" w:hAnsi="Aptos"/>
                <w:b/>
                <w:color w:val="202A44"/>
                <w:sz w:val="19"/>
              </w:rPr>
              <w:t>Tuesday 10/11/2026</w:t>
            </w:r>
          </w:p>
        </w:tc>
        <w:tc>
          <w:tcPr>
            <w:tcW w:w="2653" w:type="dxa"/>
            <w:shd w:val="clear" w:color="auto" w:fill="FFFFFF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70B2A96B" w14:textId="77777777" w:rsidR="00DE1302" w:rsidRDefault="00A87182">
            <w:pPr>
              <w:spacing w:after="40"/>
            </w:pPr>
            <w:r>
              <w:rPr>
                <w:rFonts w:ascii="Aptos" w:hAnsi="Aptos"/>
                <w:color w:val="263238"/>
                <w:sz w:val="18"/>
              </w:rPr>
              <w:t>Maths Paper 3</w:t>
            </w:r>
            <w:r>
              <w:rPr>
                <w:rFonts w:ascii="Aptos" w:hAnsi="Aptos"/>
                <w:color w:val="263238"/>
                <w:sz w:val="18"/>
              </w:rPr>
              <w:br/>
              <w:t>Calculator</w:t>
            </w:r>
            <w:r>
              <w:rPr>
                <w:rFonts w:ascii="Aptos" w:hAnsi="Aptos"/>
                <w:color w:val="263238"/>
                <w:sz w:val="18"/>
              </w:rPr>
              <w:br/>
              <w:t>1h 30</w:t>
            </w:r>
          </w:p>
        </w:tc>
        <w:tc>
          <w:tcPr>
            <w:tcW w:w="2653" w:type="dxa"/>
            <w:shd w:val="clear" w:color="auto" w:fill="FFFFFF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111A6B01" w14:textId="77777777" w:rsidR="00DE1302" w:rsidRDefault="00A87182">
            <w:pPr>
              <w:spacing w:after="40"/>
            </w:pPr>
            <w:r>
              <w:rPr>
                <w:rFonts w:ascii="Aptos" w:hAnsi="Aptos"/>
                <w:color w:val="263238"/>
                <w:sz w:val="18"/>
              </w:rPr>
              <w:t>GCSE PE 2</w:t>
            </w:r>
            <w:r>
              <w:rPr>
                <w:rFonts w:ascii="Aptos" w:hAnsi="Aptos"/>
                <w:color w:val="263238"/>
                <w:sz w:val="18"/>
              </w:rPr>
              <w:br/>
              <w:t>1hr</w:t>
            </w:r>
            <w:r>
              <w:rPr>
                <w:rFonts w:ascii="Aptos" w:hAnsi="Aptos"/>
                <w:color w:val="263238"/>
                <w:sz w:val="18"/>
              </w:rPr>
              <w:br/>
              <w:t>&amp; German / Portugese</w:t>
            </w:r>
            <w:r>
              <w:rPr>
                <w:rFonts w:ascii="Aptos" w:hAnsi="Aptos"/>
                <w:color w:val="263238"/>
                <w:sz w:val="18"/>
              </w:rPr>
              <w:br/>
              <w:t>Writing</w:t>
            </w:r>
          </w:p>
        </w:tc>
        <w:tc>
          <w:tcPr>
            <w:tcW w:w="2653" w:type="dxa"/>
            <w:shd w:val="clear" w:color="auto" w:fill="FFFFFF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3D87C607" w14:textId="77777777" w:rsidR="00DE1302" w:rsidRDefault="00A87182">
            <w:pPr>
              <w:spacing w:after="40"/>
            </w:pPr>
            <w:r>
              <w:rPr>
                <w:rFonts w:ascii="Aptos" w:hAnsi="Aptos"/>
                <w:color w:val="263238"/>
                <w:sz w:val="18"/>
              </w:rPr>
              <w:t>Psychology Paper 1</w:t>
            </w:r>
            <w:r>
              <w:rPr>
                <w:rFonts w:ascii="Aptos" w:hAnsi="Aptos"/>
                <w:color w:val="263238"/>
                <w:sz w:val="18"/>
              </w:rPr>
              <w:br/>
              <w:t>1hr 45</w:t>
            </w:r>
          </w:p>
        </w:tc>
      </w:tr>
      <w:tr w:rsidR="00DE1302" w14:paraId="6E39E06C" w14:textId="77777777">
        <w:trPr>
          <w:jc w:val="center"/>
        </w:trPr>
        <w:tc>
          <w:tcPr>
            <w:tcW w:w="2653" w:type="dxa"/>
            <w:shd w:val="clear" w:color="auto" w:fill="E7E2F3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44AD3570" w14:textId="77777777" w:rsidR="00DE1302" w:rsidRDefault="00A87182">
            <w:pPr>
              <w:spacing w:after="40"/>
              <w:jc w:val="center"/>
            </w:pPr>
            <w:r>
              <w:rPr>
                <w:rFonts w:ascii="Aptos" w:hAnsi="Aptos"/>
                <w:b/>
                <w:color w:val="202A44"/>
                <w:sz w:val="19"/>
              </w:rPr>
              <w:t>Wednesday 11/11/2026</w:t>
            </w:r>
          </w:p>
        </w:tc>
        <w:tc>
          <w:tcPr>
            <w:tcW w:w="2653" w:type="dxa"/>
            <w:shd w:val="clear" w:color="auto" w:fill="F4F2F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43E7F37D" w14:textId="77777777" w:rsidR="00DE1302" w:rsidRDefault="00A87182">
            <w:pPr>
              <w:spacing w:after="40"/>
            </w:pPr>
            <w:r>
              <w:rPr>
                <w:rFonts w:ascii="Aptos" w:hAnsi="Aptos"/>
                <w:color w:val="263238"/>
                <w:sz w:val="18"/>
              </w:rPr>
              <w:t>Physics Paper 1</w:t>
            </w:r>
            <w:r>
              <w:rPr>
                <w:rFonts w:ascii="Aptos" w:hAnsi="Aptos"/>
                <w:color w:val="263238"/>
                <w:sz w:val="18"/>
              </w:rPr>
              <w:br/>
              <w:t xml:space="preserve">1hr 45 </w:t>
            </w:r>
            <w:r>
              <w:rPr>
                <w:rFonts w:ascii="Aptos" w:hAnsi="Aptos"/>
                <w:color w:val="263238"/>
                <w:sz w:val="18"/>
              </w:rPr>
              <w:t>Separate</w:t>
            </w:r>
            <w:r>
              <w:rPr>
                <w:rFonts w:ascii="Aptos" w:hAnsi="Aptos"/>
                <w:color w:val="263238"/>
                <w:sz w:val="18"/>
              </w:rPr>
              <w:br/>
              <w:t>1hr 15 Combined</w:t>
            </w:r>
          </w:p>
        </w:tc>
        <w:tc>
          <w:tcPr>
            <w:tcW w:w="2653" w:type="dxa"/>
            <w:shd w:val="clear" w:color="auto" w:fill="F4F2F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3474C82B" w14:textId="77777777" w:rsidR="00DE1302" w:rsidRDefault="00A87182">
            <w:pPr>
              <w:spacing w:after="40"/>
            </w:pPr>
            <w:r>
              <w:rPr>
                <w:rFonts w:ascii="Aptos" w:hAnsi="Aptos"/>
                <w:color w:val="263238"/>
                <w:sz w:val="18"/>
              </w:rPr>
              <w:t>Computer Science Paper 2</w:t>
            </w:r>
            <w:r>
              <w:rPr>
                <w:rFonts w:ascii="Aptos" w:hAnsi="Aptos"/>
                <w:color w:val="263238"/>
                <w:sz w:val="18"/>
              </w:rPr>
              <w:br/>
              <w:t>1hr 30</w:t>
            </w:r>
          </w:p>
        </w:tc>
        <w:tc>
          <w:tcPr>
            <w:tcW w:w="2653" w:type="dxa"/>
            <w:shd w:val="clear" w:color="auto" w:fill="F4F2F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7F2FF794" w14:textId="77777777" w:rsidR="00DE1302" w:rsidRDefault="00A87182">
            <w:pPr>
              <w:spacing w:after="40"/>
            </w:pPr>
            <w:r>
              <w:rPr>
                <w:rFonts w:ascii="Aptos" w:hAnsi="Aptos"/>
                <w:color w:val="263238"/>
                <w:sz w:val="18"/>
              </w:rPr>
              <w:t>History Paper 3</w:t>
            </w:r>
            <w:r>
              <w:rPr>
                <w:rFonts w:ascii="Aptos" w:hAnsi="Aptos"/>
                <w:color w:val="263238"/>
                <w:sz w:val="18"/>
              </w:rPr>
              <w:br/>
              <w:t>1hr 30</w:t>
            </w:r>
          </w:p>
        </w:tc>
      </w:tr>
      <w:tr w:rsidR="00DE1302" w14:paraId="0D021ED7" w14:textId="77777777">
        <w:trPr>
          <w:jc w:val="center"/>
        </w:trPr>
        <w:tc>
          <w:tcPr>
            <w:tcW w:w="2653" w:type="dxa"/>
            <w:shd w:val="clear" w:color="auto" w:fill="E7E2F3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3D639296" w14:textId="77777777" w:rsidR="00DE1302" w:rsidRDefault="00A87182">
            <w:pPr>
              <w:spacing w:after="40"/>
              <w:jc w:val="center"/>
            </w:pPr>
            <w:r>
              <w:rPr>
                <w:rFonts w:ascii="Aptos" w:hAnsi="Aptos"/>
                <w:b/>
                <w:color w:val="202A44"/>
                <w:sz w:val="19"/>
              </w:rPr>
              <w:t>Thursday 12/11/2026</w:t>
            </w:r>
          </w:p>
        </w:tc>
        <w:tc>
          <w:tcPr>
            <w:tcW w:w="2653" w:type="dxa"/>
            <w:shd w:val="clear" w:color="auto" w:fill="FFFFFF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2FFB4801" w14:textId="77777777" w:rsidR="00DE1302" w:rsidRDefault="00A87182">
            <w:pPr>
              <w:spacing w:after="40"/>
            </w:pPr>
            <w:r>
              <w:rPr>
                <w:rFonts w:ascii="Aptos" w:hAnsi="Aptos"/>
                <w:color w:val="263238"/>
                <w:sz w:val="18"/>
              </w:rPr>
              <w:t>Geography Paper 2</w:t>
            </w:r>
            <w:r>
              <w:rPr>
                <w:rFonts w:ascii="Aptos" w:hAnsi="Aptos"/>
                <w:color w:val="263238"/>
                <w:sz w:val="18"/>
              </w:rPr>
              <w:br/>
              <w:t>30 mins</w:t>
            </w:r>
          </w:p>
        </w:tc>
        <w:tc>
          <w:tcPr>
            <w:tcW w:w="2653" w:type="dxa"/>
            <w:shd w:val="clear" w:color="auto" w:fill="FFFFFF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56061B17" w14:textId="77777777" w:rsidR="00DE1302" w:rsidRDefault="00A87182">
            <w:pPr>
              <w:spacing w:after="40"/>
            </w:pPr>
            <w:r>
              <w:rPr>
                <w:rFonts w:ascii="Aptos" w:hAnsi="Aptos"/>
                <w:color w:val="263238"/>
                <w:sz w:val="18"/>
              </w:rPr>
              <w:t>Sociology 2</w:t>
            </w:r>
            <w:r>
              <w:rPr>
                <w:rFonts w:ascii="Aptos" w:hAnsi="Aptos"/>
                <w:color w:val="263238"/>
                <w:sz w:val="18"/>
              </w:rPr>
              <w:br/>
              <w:t>53 mins</w:t>
            </w:r>
            <w:r>
              <w:rPr>
                <w:rFonts w:ascii="Aptos" w:hAnsi="Aptos"/>
                <w:color w:val="263238"/>
                <w:sz w:val="18"/>
              </w:rPr>
              <w:br/>
              <w:t>Food Practical Prep</w:t>
            </w:r>
            <w:r>
              <w:rPr>
                <w:rFonts w:ascii="Aptos" w:hAnsi="Aptos"/>
                <w:color w:val="263238"/>
                <w:sz w:val="18"/>
              </w:rPr>
              <w:br/>
              <w:t>(PC room)</w:t>
            </w:r>
          </w:p>
        </w:tc>
        <w:tc>
          <w:tcPr>
            <w:tcW w:w="2653" w:type="dxa"/>
            <w:shd w:val="clear" w:color="auto" w:fill="FFFFFF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434A1B32" w14:textId="77777777" w:rsidR="00DE1302" w:rsidRDefault="00A87182">
            <w:pPr>
              <w:spacing w:after="40"/>
            </w:pPr>
            <w:r>
              <w:rPr>
                <w:rFonts w:ascii="Aptos" w:hAnsi="Aptos"/>
                <w:color w:val="263238"/>
                <w:sz w:val="18"/>
              </w:rPr>
              <w:t>Food Practical Prep</w:t>
            </w:r>
            <w:r>
              <w:rPr>
                <w:rFonts w:ascii="Aptos" w:hAnsi="Aptos"/>
                <w:color w:val="263238"/>
                <w:sz w:val="18"/>
              </w:rPr>
              <w:br/>
              <w:t>(PC room)</w:t>
            </w:r>
          </w:p>
        </w:tc>
      </w:tr>
      <w:tr w:rsidR="00DE1302" w14:paraId="6D225020" w14:textId="77777777">
        <w:trPr>
          <w:jc w:val="center"/>
        </w:trPr>
        <w:tc>
          <w:tcPr>
            <w:tcW w:w="2653" w:type="dxa"/>
            <w:shd w:val="clear" w:color="auto" w:fill="E7E2F3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2565D122" w14:textId="77777777" w:rsidR="00DE1302" w:rsidRDefault="00A87182">
            <w:pPr>
              <w:spacing w:after="40"/>
              <w:jc w:val="center"/>
            </w:pPr>
            <w:r>
              <w:rPr>
                <w:rFonts w:ascii="Aptos" w:hAnsi="Aptos"/>
                <w:b/>
                <w:color w:val="202A44"/>
                <w:sz w:val="19"/>
              </w:rPr>
              <w:t>Friday 13/11/2026</w:t>
            </w:r>
          </w:p>
        </w:tc>
        <w:tc>
          <w:tcPr>
            <w:tcW w:w="2653" w:type="dxa"/>
            <w:shd w:val="clear" w:color="auto" w:fill="F4F2F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4E14D393" w14:textId="77777777" w:rsidR="00DE1302" w:rsidRDefault="00A87182">
            <w:pPr>
              <w:spacing w:after="40"/>
            </w:pPr>
            <w:r>
              <w:rPr>
                <w:rFonts w:ascii="Aptos" w:hAnsi="Aptos"/>
                <w:color w:val="263238"/>
                <w:sz w:val="18"/>
              </w:rPr>
              <w:t xml:space="preserve">DT Practical Day (G06 </w:t>
            </w:r>
            <w:r>
              <w:rPr>
                <w:rFonts w:ascii="Aptos" w:hAnsi="Aptos"/>
                <w:color w:val="263238"/>
                <w:sz w:val="18"/>
              </w:rPr>
              <w:t>1,2,3 &amp; 4. G07 5 &amp; 6.)</w:t>
            </w:r>
            <w:r>
              <w:rPr>
                <w:rFonts w:ascii="Aptos" w:hAnsi="Aptos"/>
                <w:color w:val="263238"/>
                <w:sz w:val="18"/>
              </w:rPr>
              <w:br/>
              <w:t>Drama Practical Day 1 (11A)</w:t>
            </w:r>
          </w:p>
        </w:tc>
        <w:tc>
          <w:tcPr>
            <w:tcW w:w="2653" w:type="dxa"/>
            <w:shd w:val="clear" w:color="auto" w:fill="F4F2F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1005A085" w14:textId="77777777" w:rsidR="00DE1302" w:rsidRDefault="00A87182">
            <w:pPr>
              <w:spacing w:after="40"/>
            </w:pPr>
            <w:r>
              <w:rPr>
                <w:rFonts w:ascii="Aptos" w:hAnsi="Aptos"/>
                <w:color w:val="263238"/>
                <w:sz w:val="18"/>
              </w:rPr>
              <w:t>DT Practical Day (G06 1,2,3 &amp; 4. G07 5 &amp; 6.)</w:t>
            </w:r>
            <w:r>
              <w:rPr>
                <w:rFonts w:ascii="Aptos" w:hAnsi="Aptos"/>
                <w:color w:val="263238"/>
                <w:sz w:val="18"/>
              </w:rPr>
              <w:br/>
              <w:t>Drama Practical Day 1 (11A)</w:t>
            </w:r>
          </w:p>
        </w:tc>
        <w:tc>
          <w:tcPr>
            <w:tcW w:w="2653" w:type="dxa"/>
            <w:shd w:val="clear" w:color="auto" w:fill="F4F2F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42EBDA4B" w14:textId="77777777" w:rsidR="00DE1302" w:rsidRDefault="00A87182">
            <w:pPr>
              <w:spacing w:after="40"/>
            </w:pPr>
            <w:r>
              <w:rPr>
                <w:rFonts w:ascii="Aptos" w:hAnsi="Aptos"/>
                <w:color w:val="263238"/>
                <w:sz w:val="18"/>
              </w:rPr>
              <w:t>DT Practical Day (G06 1,2,3 &amp; 4. G07 5 &amp; 6.)</w:t>
            </w:r>
            <w:r>
              <w:rPr>
                <w:rFonts w:ascii="Aptos" w:hAnsi="Aptos"/>
                <w:color w:val="263238"/>
                <w:sz w:val="18"/>
              </w:rPr>
              <w:br/>
              <w:t>Drama Practical Day 1 (11A)</w:t>
            </w:r>
          </w:p>
        </w:tc>
      </w:tr>
    </w:tbl>
    <w:p w14:paraId="300E8CA1" w14:textId="77777777" w:rsidR="00E552DE" w:rsidRDefault="00E552DE" w:rsidP="00E552DE"/>
    <w:p w14:paraId="48FA0EDF" w14:textId="0F2C42E2" w:rsidR="00DE1302" w:rsidRDefault="00A87182" w:rsidP="00E552DE">
      <w:r>
        <w:rPr>
          <w:rFonts w:ascii="Aptos Display" w:hAnsi="Aptos Display"/>
          <w:b/>
          <w:color w:val="202A44"/>
          <w:sz w:val="48"/>
        </w:rPr>
        <w:t>Y11 PPE TIMETABLE</w:t>
      </w:r>
    </w:p>
    <w:p w14:paraId="3C194C17" w14:textId="77777777" w:rsidR="00DE1302" w:rsidRDefault="00A87182">
      <w:pPr>
        <w:spacing w:after="40"/>
        <w:jc w:val="center"/>
      </w:pPr>
      <w:r>
        <w:rPr>
          <w:rFonts w:ascii="Aptos Display" w:hAnsi="Aptos Display"/>
          <w:b/>
          <w:color w:val="6C4AB6"/>
          <w:sz w:val="36"/>
        </w:rPr>
        <w:t xml:space="preserve">Practical Days • 16–18 </w:t>
      </w:r>
      <w:r>
        <w:rPr>
          <w:rFonts w:ascii="Aptos Display" w:hAnsi="Aptos Display"/>
          <w:b/>
          <w:color w:val="6C4AB6"/>
          <w:sz w:val="36"/>
        </w:rPr>
        <w:t>November</w:t>
      </w:r>
    </w:p>
    <w:p w14:paraId="3188E858" w14:textId="77777777" w:rsidR="00DE1302" w:rsidRDefault="00A87182">
      <w:pPr>
        <w:spacing w:after="240"/>
        <w:jc w:val="center"/>
      </w:pPr>
      <w:r>
        <w:rPr>
          <w:rFonts w:ascii="Aptos" w:hAnsi="Aptos"/>
          <w:color w:val="6B7280"/>
          <w:sz w:val="20"/>
        </w:rPr>
        <w:t>Practical examinations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653"/>
        <w:gridCol w:w="2880"/>
        <w:gridCol w:w="2880"/>
        <w:gridCol w:w="2880"/>
      </w:tblGrid>
      <w:tr w:rsidR="00DE1302" w14:paraId="46AE9300" w14:textId="77777777">
        <w:trPr>
          <w:tblHeader/>
          <w:jc w:val="center"/>
        </w:trPr>
        <w:tc>
          <w:tcPr>
            <w:tcW w:w="1944" w:type="dxa"/>
            <w:shd w:val="clear" w:color="auto" w:fill="202A44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6C465793" w14:textId="77777777" w:rsidR="00DE1302" w:rsidRDefault="00A87182">
            <w:pPr>
              <w:spacing w:after="40"/>
              <w:jc w:val="center"/>
            </w:pPr>
            <w:r>
              <w:rPr>
                <w:rFonts w:ascii="Aptos" w:hAnsi="Aptos"/>
                <w:b/>
                <w:color w:val="FFFFFF"/>
                <w:sz w:val="18"/>
              </w:rPr>
              <w:t>DATE</w:t>
            </w:r>
          </w:p>
        </w:tc>
        <w:tc>
          <w:tcPr>
            <w:tcW w:w="2880" w:type="dxa"/>
            <w:shd w:val="clear" w:color="auto" w:fill="202A44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619A99E9" w14:textId="77777777" w:rsidR="00DE1302" w:rsidRDefault="00A87182">
            <w:pPr>
              <w:spacing w:after="40"/>
              <w:jc w:val="center"/>
            </w:pPr>
            <w:r>
              <w:rPr>
                <w:rFonts w:ascii="Aptos" w:hAnsi="Aptos"/>
                <w:b/>
                <w:color w:val="FFFFFF"/>
                <w:sz w:val="18"/>
              </w:rPr>
              <w:t>SESSION 1</w:t>
            </w:r>
            <w:r>
              <w:rPr>
                <w:rFonts w:ascii="Aptos" w:hAnsi="Aptos"/>
                <w:b/>
                <w:color w:val="FFFFFF"/>
                <w:sz w:val="18"/>
              </w:rPr>
              <w:br/>
            </w:r>
            <w:r>
              <w:rPr>
                <w:rFonts w:ascii="Aptos" w:hAnsi="Aptos"/>
                <w:color w:val="FFFFFF"/>
                <w:sz w:val="18"/>
              </w:rPr>
              <w:t>8:30 – 10:40</w:t>
            </w:r>
          </w:p>
        </w:tc>
        <w:tc>
          <w:tcPr>
            <w:tcW w:w="2880" w:type="dxa"/>
            <w:shd w:val="clear" w:color="auto" w:fill="202A44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030F7510" w14:textId="77777777" w:rsidR="00DE1302" w:rsidRDefault="00A87182">
            <w:pPr>
              <w:spacing w:after="40"/>
              <w:jc w:val="center"/>
            </w:pPr>
            <w:r>
              <w:rPr>
                <w:rFonts w:ascii="Aptos" w:hAnsi="Aptos"/>
                <w:b/>
                <w:color w:val="FFFFFF"/>
                <w:sz w:val="18"/>
              </w:rPr>
              <w:t>SESSION 2</w:t>
            </w:r>
            <w:r>
              <w:rPr>
                <w:rFonts w:ascii="Aptos" w:hAnsi="Aptos"/>
                <w:b/>
                <w:color w:val="FFFFFF"/>
                <w:sz w:val="18"/>
              </w:rPr>
              <w:br/>
            </w:r>
            <w:r>
              <w:rPr>
                <w:rFonts w:ascii="Aptos" w:hAnsi="Aptos"/>
                <w:color w:val="FFFFFF"/>
                <w:sz w:val="18"/>
              </w:rPr>
              <w:t>11:10 – 13:00</w:t>
            </w:r>
          </w:p>
        </w:tc>
        <w:tc>
          <w:tcPr>
            <w:tcW w:w="2880" w:type="dxa"/>
            <w:shd w:val="clear" w:color="auto" w:fill="202A44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030A8C21" w14:textId="77777777" w:rsidR="00DE1302" w:rsidRDefault="00A87182">
            <w:pPr>
              <w:spacing w:after="40"/>
              <w:jc w:val="center"/>
            </w:pPr>
            <w:r>
              <w:rPr>
                <w:rFonts w:ascii="Aptos" w:hAnsi="Aptos"/>
                <w:b/>
                <w:color w:val="FFFFFF"/>
                <w:sz w:val="18"/>
              </w:rPr>
              <w:t>SESSION 3</w:t>
            </w:r>
            <w:r>
              <w:rPr>
                <w:rFonts w:ascii="Aptos" w:hAnsi="Aptos"/>
                <w:b/>
                <w:color w:val="FFFFFF"/>
                <w:sz w:val="18"/>
              </w:rPr>
              <w:br/>
            </w:r>
            <w:r>
              <w:rPr>
                <w:rFonts w:ascii="Aptos" w:hAnsi="Aptos"/>
                <w:color w:val="FFFFFF"/>
                <w:sz w:val="18"/>
              </w:rPr>
              <w:t>13:30 – 16:00</w:t>
            </w:r>
          </w:p>
        </w:tc>
      </w:tr>
      <w:tr w:rsidR="00DE1302" w14:paraId="61324610" w14:textId="77777777">
        <w:trPr>
          <w:jc w:val="center"/>
        </w:trPr>
        <w:tc>
          <w:tcPr>
            <w:tcW w:w="2653" w:type="dxa"/>
            <w:shd w:val="clear" w:color="auto" w:fill="E7E2F3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324A3CA4" w14:textId="77777777" w:rsidR="00DE1302" w:rsidRDefault="00A87182">
            <w:pPr>
              <w:spacing w:after="40"/>
              <w:jc w:val="center"/>
            </w:pPr>
            <w:r>
              <w:rPr>
                <w:rFonts w:ascii="Aptos" w:hAnsi="Aptos"/>
                <w:b/>
                <w:color w:val="202A44"/>
                <w:sz w:val="19"/>
              </w:rPr>
              <w:t>Monday 16/11/2026</w:t>
            </w:r>
          </w:p>
        </w:tc>
        <w:tc>
          <w:tcPr>
            <w:tcW w:w="2653" w:type="dxa"/>
            <w:shd w:val="clear" w:color="auto" w:fill="F4F2F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65052303" w14:textId="77777777" w:rsidR="00DE1302" w:rsidRDefault="00A87182">
            <w:pPr>
              <w:spacing w:after="40"/>
            </w:pPr>
            <w:r>
              <w:rPr>
                <w:rFonts w:ascii="Aptos" w:hAnsi="Aptos"/>
                <w:color w:val="263238"/>
                <w:sz w:val="18"/>
              </w:rPr>
              <w:t>Dance Practical Day</w:t>
            </w:r>
          </w:p>
        </w:tc>
        <w:tc>
          <w:tcPr>
            <w:tcW w:w="2653" w:type="dxa"/>
            <w:shd w:val="clear" w:color="auto" w:fill="F4F2F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111D1637" w14:textId="77777777" w:rsidR="00DE1302" w:rsidRDefault="00A87182">
            <w:pPr>
              <w:spacing w:after="40"/>
            </w:pPr>
            <w:r>
              <w:rPr>
                <w:rFonts w:ascii="Aptos" w:hAnsi="Aptos"/>
                <w:color w:val="263238"/>
                <w:sz w:val="18"/>
              </w:rPr>
              <w:t>Dance Practical Day</w:t>
            </w:r>
          </w:p>
        </w:tc>
        <w:tc>
          <w:tcPr>
            <w:tcW w:w="2653" w:type="dxa"/>
            <w:shd w:val="clear" w:color="auto" w:fill="F4F2F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23E9F394" w14:textId="77777777" w:rsidR="00DE1302" w:rsidRDefault="00A87182">
            <w:pPr>
              <w:spacing w:after="40"/>
            </w:pPr>
            <w:r>
              <w:rPr>
                <w:rFonts w:ascii="Aptos" w:hAnsi="Aptos"/>
                <w:color w:val="263238"/>
                <w:sz w:val="18"/>
              </w:rPr>
              <w:t>Dance Practical Day</w:t>
            </w:r>
          </w:p>
        </w:tc>
      </w:tr>
      <w:tr w:rsidR="00DE1302" w14:paraId="5578C32A" w14:textId="77777777">
        <w:trPr>
          <w:jc w:val="center"/>
        </w:trPr>
        <w:tc>
          <w:tcPr>
            <w:tcW w:w="2653" w:type="dxa"/>
            <w:shd w:val="clear" w:color="auto" w:fill="E7E2F3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60B6B0B9" w14:textId="77777777" w:rsidR="00DE1302" w:rsidRDefault="00A87182">
            <w:pPr>
              <w:spacing w:after="40"/>
              <w:jc w:val="center"/>
            </w:pPr>
            <w:r>
              <w:rPr>
                <w:rFonts w:ascii="Aptos" w:hAnsi="Aptos"/>
                <w:b/>
                <w:color w:val="202A44"/>
                <w:sz w:val="19"/>
              </w:rPr>
              <w:t>Tuesday 17/11/2026</w:t>
            </w:r>
          </w:p>
        </w:tc>
        <w:tc>
          <w:tcPr>
            <w:tcW w:w="2653" w:type="dxa"/>
            <w:shd w:val="clear" w:color="auto" w:fill="FFFFFF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5BA68C09" w14:textId="77777777" w:rsidR="00DE1302" w:rsidRDefault="00A87182">
            <w:pPr>
              <w:spacing w:after="40"/>
            </w:pPr>
            <w:r>
              <w:rPr>
                <w:rFonts w:ascii="Aptos" w:hAnsi="Aptos"/>
                <w:color w:val="263238"/>
                <w:sz w:val="18"/>
              </w:rPr>
              <w:t>Drama Practical Day 2 (11B)</w:t>
            </w:r>
            <w:r>
              <w:rPr>
                <w:rFonts w:ascii="Aptos" w:hAnsi="Aptos"/>
                <w:color w:val="263238"/>
                <w:sz w:val="18"/>
              </w:rPr>
              <w:br/>
              <w:t>PE Practical Day</w:t>
            </w:r>
          </w:p>
        </w:tc>
        <w:tc>
          <w:tcPr>
            <w:tcW w:w="2653" w:type="dxa"/>
            <w:shd w:val="clear" w:color="auto" w:fill="FFFFFF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1F572584" w14:textId="77777777" w:rsidR="00DE1302" w:rsidRDefault="00A87182">
            <w:pPr>
              <w:spacing w:after="40"/>
            </w:pPr>
            <w:r>
              <w:rPr>
                <w:rFonts w:ascii="Aptos" w:hAnsi="Aptos"/>
                <w:color w:val="263238"/>
                <w:sz w:val="18"/>
              </w:rPr>
              <w:t>Drama Practical Day 2 (11B)</w:t>
            </w:r>
            <w:r>
              <w:rPr>
                <w:rFonts w:ascii="Aptos" w:hAnsi="Aptos"/>
                <w:color w:val="263238"/>
                <w:sz w:val="18"/>
              </w:rPr>
              <w:br/>
              <w:t>PE Practical Day</w:t>
            </w:r>
          </w:p>
        </w:tc>
        <w:tc>
          <w:tcPr>
            <w:tcW w:w="2653" w:type="dxa"/>
            <w:shd w:val="clear" w:color="auto" w:fill="FFFFFF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6D46F02C" w14:textId="77777777" w:rsidR="00DE1302" w:rsidRDefault="00A87182">
            <w:pPr>
              <w:spacing w:after="40"/>
            </w:pPr>
            <w:r>
              <w:rPr>
                <w:rFonts w:ascii="Aptos" w:hAnsi="Aptos"/>
                <w:color w:val="263238"/>
                <w:sz w:val="18"/>
              </w:rPr>
              <w:t>Drama Practical Day 2 (11B)</w:t>
            </w:r>
            <w:r>
              <w:rPr>
                <w:rFonts w:ascii="Aptos" w:hAnsi="Aptos"/>
                <w:color w:val="263238"/>
                <w:sz w:val="18"/>
              </w:rPr>
              <w:br/>
              <w:t>PE Practical Day</w:t>
            </w:r>
          </w:p>
        </w:tc>
      </w:tr>
      <w:tr w:rsidR="00DE1302" w14:paraId="7F0D06B5" w14:textId="77777777">
        <w:trPr>
          <w:jc w:val="center"/>
        </w:trPr>
        <w:tc>
          <w:tcPr>
            <w:tcW w:w="2653" w:type="dxa"/>
            <w:shd w:val="clear" w:color="auto" w:fill="E7E2F3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14E413C7" w14:textId="77777777" w:rsidR="00DE1302" w:rsidRDefault="00A87182">
            <w:pPr>
              <w:spacing w:after="40"/>
              <w:jc w:val="center"/>
            </w:pPr>
            <w:r>
              <w:rPr>
                <w:rFonts w:ascii="Aptos" w:hAnsi="Aptos"/>
                <w:b/>
                <w:color w:val="202A44"/>
                <w:sz w:val="19"/>
              </w:rPr>
              <w:t>Wednesday 18/11/2026</w:t>
            </w:r>
          </w:p>
        </w:tc>
        <w:tc>
          <w:tcPr>
            <w:tcW w:w="2653" w:type="dxa"/>
            <w:shd w:val="clear" w:color="auto" w:fill="F4F2F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0CD773E4" w14:textId="77777777" w:rsidR="00DE1302" w:rsidRDefault="00A87182">
            <w:pPr>
              <w:spacing w:after="40"/>
            </w:pPr>
            <w:r>
              <w:rPr>
                <w:rFonts w:ascii="Aptos" w:hAnsi="Aptos"/>
                <w:color w:val="263238"/>
                <w:sz w:val="18"/>
              </w:rPr>
              <w:t>Food Practical Day H Block with PC room 5 &amp; 6</w:t>
            </w:r>
            <w:r>
              <w:rPr>
                <w:rFonts w:ascii="Aptos" w:hAnsi="Aptos"/>
                <w:color w:val="263238"/>
                <w:sz w:val="18"/>
              </w:rPr>
              <w:br/>
              <w:t>Music Practical Day</w:t>
            </w:r>
          </w:p>
        </w:tc>
        <w:tc>
          <w:tcPr>
            <w:tcW w:w="2653" w:type="dxa"/>
            <w:shd w:val="clear" w:color="auto" w:fill="F4F2F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4085A6F4" w14:textId="77777777" w:rsidR="00DE1302" w:rsidRDefault="00A87182">
            <w:pPr>
              <w:spacing w:after="40"/>
            </w:pPr>
            <w:r>
              <w:rPr>
                <w:rFonts w:ascii="Aptos" w:hAnsi="Aptos"/>
                <w:color w:val="263238"/>
                <w:sz w:val="18"/>
              </w:rPr>
              <w:t>Food Practical Day H Block with PC room 5 &amp; 6</w:t>
            </w:r>
            <w:r>
              <w:rPr>
                <w:rFonts w:ascii="Aptos" w:hAnsi="Aptos"/>
                <w:color w:val="263238"/>
                <w:sz w:val="18"/>
              </w:rPr>
              <w:br/>
              <w:t>Music Practical Day</w:t>
            </w:r>
          </w:p>
        </w:tc>
        <w:tc>
          <w:tcPr>
            <w:tcW w:w="2653" w:type="dxa"/>
            <w:shd w:val="clear" w:color="auto" w:fill="F4F2F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6262B029" w14:textId="77777777" w:rsidR="00DE1302" w:rsidRDefault="00A87182">
            <w:pPr>
              <w:spacing w:after="40"/>
            </w:pPr>
            <w:r>
              <w:rPr>
                <w:rFonts w:ascii="Aptos" w:hAnsi="Aptos"/>
                <w:color w:val="263238"/>
                <w:sz w:val="18"/>
              </w:rPr>
              <w:t>Food Practical Day H Block with PC room 5 &amp; 6</w:t>
            </w:r>
            <w:r>
              <w:rPr>
                <w:rFonts w:ascii="Aptos" w:hAnsi="Aptos"/>
                <w:color w:val="263238"/>
                <w:sz w:val="18"/>
              </w:rPr>
              <w:br/>
              <w:t>Music Practical Day</w:t>
            </w:r>
          </w:p>
        </w:tc>
      </w:tr>
    </w:tbl>
    <w:p w14:paraId="31C74A96" w14:textId="77777777" w:rsidR="00DE1302" w:rsidRDefault="00A87182">
      <w:pPr>
        <w:spacing w:before="160"/>
        <w:jc w:val="center"/>
      </w:pPr>
      <w:r>
        <w:rPr>
          <w:rFonts w:ascii="Aptos" w:hAnsi="Aptos"/>
          <w:i/>
          <w:color w:val="6B7280"/>
          <w:sz w:val="17"/>
        </w:rPr>
        <w:t>Additional practical dates in the original timetable: 1st &amp; 2nd Dec – All Art &amp; 11C/Ph1 MB/SM/DS; 3rd &amp; 4th Dec – 11D/Ph1 - MB.</w:t>
      </w:r>
    </w:p>
    <w:sectPr w:rsidR="00DE1302" w:rsidSect="00034616">
      <w:pgSz w:w="11909" w:h="16834"/>
      <w:pgMar w:top="648" w:right="648" w:bottom="648" w:left="64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714698947">
    <w:abstractNumId w:val="8"/>
  </w:num>
  <w:num w:numId="2" w16cid:durableId="1669364291">
    <w:abstractNumId w:val="6"/>
  </w:num>
  <w:num w:numId="3" w16cid:durableId="1171144164">
    <w:abstractNumId w:val="5"/>
  </w:num>
  <w:num w:numId="4" w16cid:durableId="2052336598">
    <w:abstractNumId w:val="4"/>
  </w:num>
  <w:num w:numId="5" w16cid:durableId="1544906885">
    <w:abstractNumId w:val="7"/>
  </w:num>
  <w:num w:numId="6" w16cid:durableId="1474105323">
    <w:abstractNumId w:val="3"/>
  </w:num>
  <w:num w:numId="7" w16cid:durableId="160510115">
    <w:abstractNumId w:val="2"/>
  </w:num>
  <w:num w:numId="8" w16cid:durableId="598174122">
    <w:abstractNumId w:val="1"/>
  </w:num>
  <w:num w:numId="9" w16cid:durableId="19756762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87182"/>
    <w:rsid w:val="00AA1D8D"/>
    <w:rsid w:val="00B47730"/>
    <w:rsid w:val="00CB0664"/>
    <w:rsid w:val="00DD46E1"/>
    <w:rsid w:val="00DE1302"/>
    <w:rsid w:val="00E552DE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90AE40C"/>
  <w14:defaultImageDpi w14:val="300"/>
  <w15:docId w15:val="{6C9BC896-3A3F-44BB-BB14-005059D522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u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urfulList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urfulList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urfulList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urfulList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urfulList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u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urfulGrid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urfulGrid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Grid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urfulGrid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urfulGrid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441</Words>
  <Characters>2514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2950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E. Brockhouse</cp:lastModifiedBy>
  <cp:revision>3</cp:revision>
  <dcterms:created xsi:type="dcterms:W3CDTF">2013-12-23T23:15:00Z</dcterms:created>
  <dcterms:modified xsi:type="dcterms:W3CDTF">2026-09-30T11:03:00Z</dcterms:modified>
  <cp:category/>
</cp:coreProperties>
</file>