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AEA26" w14:textId="77777777" w:rsidR="00DE1302" w:rsidRDefault="00A87182">
      <w:pPr>
        <w:spacing w:after="60"/>
        <w:jc w:val="center"/>
      </w:pPr>
      <w:r>
        <w:rPr>
          <w:rFonts w:ascii="Aptos Display" w:hAnsi="Aptos Display"/>
          <w:b/>
          <w:color w:val="202A44"/>
          <w:sz w:val="48"/>
        </w:rPr>
        <w:t>Y11 PPE TIMETABLE</w:t>
      </w:r>
    </w:p>
    <w:p w14:paraId="0EA59CC8" w14:textId="77777777" w:rsidR="00DE1302" w:rsidRDefault="00A87182">
      <w:pPr>
        <w:spacing w:after="40"/>
        <w:jc w:val="center"/>
      </w:pPr>
      <w:r>
        <w:rPr>
          <w:rFonts w:ascii="Aptos Display" w:hAnsi="Aptos Display"/>
          <w:b/>
          <w:color w:val="6C4AB6"/>
          <w:sz w:val="36"/>
        </w:rPr>
        <w:t>November 2026</w:t>
      </w:r>
    </w:p>
    <w:p w14:paraId="027C6A7E" w14:textId="77777777" w:rsidR="00DE1302" w:rsidRDefault="00A87182">
      <w:pPr>
        <w:spacing w:after="240"/>
        <w:jc w:val="center"/>
      </w:pPr>
      <w:r>
        <w:rPr>
          <w:rFonts w:ascii="Aptos" w:hAnsi="Aptos"/>
          <w:color w:val="6B7280"/>
          <w:sz w:val="20"/>
        </w:rPr>
        <w:t>Year 11 PPEs • Exam sessions and practical days</w:t>
      </w:r>
    </w:p>
    <w:p w14:paraId="7A0E2256" w14:textId="77777777" w:rsidR="00DE1302" w:rsidRDefault="00A87182">
      <w:pPr>
        <w:spacing w:after="280"/>
        <w:jc w:val="center"/>
      </w:pPr>
      <w:r>
        <w:rPr>
          <w:b/>
          <w:color w:val="202A44"/>
          <w:sz w:val="26"/>
        </w:rPr>
        <w:t>YOUR NOVEMBER EXAM GUIDE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72"/>
        <w:gridCol w:w="2232"/>
        <w:gridCol w:w="6480"/>
      </w:tblGrid>
      <w:tr w:rsidR="00DE1302" w14:paraId="7AE3F2E1" w14:textId="77777777">
        <w:trPr>
          <w:jc w:val="center"/>
        </w:trPr>
        <w:tc>
          <w:tcPr>
            <w:tcW w:w="1872" w:type="dxa"/>
            <w:shd w:val="clear" w:color="auto" w:fill="6C4AB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B4830CA" w14:textId="77777777" w:rsidR="00DE1302" w:rsidRDefault="00A87182">
            <w:pPr>
              <w:spacing w:after="40"/>
            </w:pPr>
            <w:r>
              <w:rPr>
                <w:rFonts w:ascii="Aptos" w:hAnsi="Aptos"/>
                <w:b/>
                <w:color w:val="FFFFFF"/>
                <w:sz w:val="20"/>
              </w:rPr>
              <w:t>WEEK A</w:t>
            </w:r>
          </w:p>
        </w:tc>
        <w:tc>
          <w:tcPr>
            <w:tcW w:w="2232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B845D04" w14:textId="77777777" w:rsidR="00DE1302" w:rsidRDefault="00A87182">
            <w:pPr>
              <w:spacing w:after="40"/>
            </w:pPr>
            <w:r>
              <w:rPr>
                <w:rFonts w:ascii="Aptos" w:hAnsi="Aptos"/>
                <w:b/>
                <w:color w:val="202A44"/>
                <w:sz w:val="20"/>
              </w:rPr>
              <w:t>02–06 November</w:t>
            </w:r>
          </w:p>
        </w:tc>
        <w:tc>
          <w:tcPr>
            <w:tcW w:w="6480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FF16607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20"/>
              </w:rPr>
              <w:t>Core written papers + subject exams</w:t>
            </w:r>
          </w:p>
        </w:tc>
      </w:tr>
      <w:tr w:rsidR="00DE1302" w14:paraId="70FE411B" w14:textId="77777777">
        <w:trPr>
          <w:jc w:val="center"/>
        </w:trPr>
        <w:tc>
          <w:tcPr>
            <w:tcW w:w="1872" w:type="dxa"/>
            <w:shd w:val="clear" w:color="auto" w:fill="6C4AB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5E9A7DD" w14:textId="77777777" w:rsidR="00DE1302" w:rsidRDefault="00A87182">
            <w:pPr>
              <w:spacing w:after="40"/>
            </w:pPr>
            <w:r>
              <w:rPr>
                <w:rFonts w:ascii="Aptos" w:hAnsi="Aptos"/>
                <w:b/>
                <w:color w:val="FFFFFF"/>
                <w:sz w:val="20"/>
              </w:rPr>
              <w:t>WEEK B</w:t>
            </w:r>
          </w:p>
        </w:tc>
        <w:tc>
          <w:tcPr>
            <w:tcW w:w="2232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FD98228" w14:textId="77777777" w:rsidR="00DE1302" w:rsidRDefault="00A87182">
            <w:pPr>
              <w:spacing w:after="40"/>
            </w:pPr>
            <w:r>
              <w:rPr>
                <w:rFonts w:ascii="Aptos" w:hAnsi="Aptos"/>
                <w:b/>
                <w:color w:val="202A44"/>
                <w:sz w:val="20"/>
              </w:rPr>
              <w:t>09–13 November</w:t>
            </w:r>
          </w:p>
        </w:tc>
        <w:tc>
          <w:tcPr>
            <w:tcW w:w="6480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6630D34" w14:textId="3FC38EF9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20"/>
              </w:rPr>
              <w:t>Written papers + practical preparation &amp; DT, Drama practical days</w:t>
            </w:r>
          </w:p>
        </w:tc>
      </w:tr>
      <w:tr w:rsidR="00DE1302" w14:paraId="7093B268" w14:textId="77777777">
        <w:trPr>
          <w:jc w:val="center"/>
        </w:trPr>
        <w:tc>
          <w:tcPr>
            <w:tcW w:w="1872" w:type="dxa"/>
            <w:shd w:val="clear" w:color="auto" w:fill="6C4AB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149202" w14:textId="77777777" w:rsidR="00DE1302" w:rsidRDefault="00A87182">
            <w:pPr>
              <w:spacing w:after="40"/>
            </w:pPr>
            <w:r>
              <w:rPr>
                <w:rFonts w:ascii="Aptos" w:hAnsi="Aptos"/>
                <w:b/>
                <w:color w:val="FFFFFF"/>
                <w:sz w:val="20"/>
              </w:rPr>
              <w:t>PRACTICALS</w:t>
            </w:r>
          </w:p>
        </w:tc>
        <w:tc>
          <w:tcPr>
            <w:tcW w:w="2232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1323177" w14:textId="77777777" w:rsidR="00DE1302" w:rsidRDefault="00A87182">
            <w:pPr>
              <w:spacing w:after="40"/>
            </w:pPr>
            <w:r>
              <w:rPr>
                <w:rFonts w:ascii="Aptos" w:hAnsi="Aptos"/>
                <w:b/>
                <w:color w:val="202A44"/>
                <w:sz w:val="20"/>
              </w:rPr>
              <w:t>16–18 November</w:t>
            </w:r>
          </w:p>
        </w:tc>
        <w:tc>
          <w:tcPr>
            <w:tcW w:w="6480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DA07ACB" w14:textId="4CA0F37F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20"/>
              </w:rPr>
              <w:t>Dance, Drama, PE, Food &amp; Music practical days</w:t>
            </w:r>
          </w:p>
        </w:tc>
      </w:tr>
    </w:tbl>
    <w:p w14:paraId="6D3038DD" w14:textId="77777777" w:rsidR="00DE1302" w:rsidRDefault="00A87182">
      <w:pPr>
        <w:spacing w:before="160"/>
        <w:jc w:val="center"/>
      </w:pPr>
      <w:r>
        <w:rPr>
          <w:rFonts w:ascii="Aptos" w:hAnsi="Aptos"/>
          <w:i/>
          <w:color w:val="6B7280"/>
          <w:sz w:val="17"/>
        </w:rPr>
        <w:t>Times are shown by session. Please check your individual subject requirements and room information.</w:t>
      </w:r>
    </w:p>
    <w:p w14:paraId="6CD68A31" w14:textId="7D8E3190" w:rsidR="00DE1302" w:rsidRDefault="00A87182" w:rsidP="00E552DE">
      <w:r>
        <w:rPr>
          <w:rFonts w:ascii="Aptos Display" w:hAnsi="Aptos Display"/>
          <w:b/>
          <w:color w:val="202A44"/>
          <w:sz w:val="48"/>
        </w:rPr>
        <w:t>Y11 PPE TIMETABLE</w:t>
      </w:r>
    </w:p>
    <w:p w14:paraId="7D807834" w14:textId="77777777" w:rsidR="00DE1302" w:rsidRDefault="00A87182">
      <w:pPr>
        <w:spacing w:after="40"/>
        <w:jc w:val="center"/>
      </w:pPr>
      <w:r>
        <w:rPr>
          <w:rFonts w:ascii="Aptos Display" w:hAnsi="Aptos Display"/>
          <w:b/>
          <w:color w:val="6C4AB6"/>
          <w:sz w:val="36"/>
        </w:rPr>
        <w:t>Week A • 02–06 November</w:t>
      </w:r>
    </w:p>
    <w:p w14:paraId="44904D37" w14:textId="77777777" w:rsidR="00DE1302" w:rsidRDefault="00A87182">
      <w:pPr>
        <w:spacing w:after="240"/>
        <w:jc w:val="center"/>
      </w:pPr>
      <w:r>
        <w:rPr>
          <w:rFonts w:ascii="Aptos" w:hAnsi="Aptos"/>
          <w:color w:val="6B7280"/>
          <w:sz w:val="20"/>
        </w:rPr>
        <w:t>Written PPEs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53"/>
        <w:gridCol w:w="2880"/>
        <w:gridCol w:w="2880"/>
        <w:gridCol w:w="2880"/>
      </w:tblGrid>
      <w:tr w:rsidR="00DE1302" w14:paraId="20A6ACD8" w14:textId="77777777">
        <w:trPr>
          <w:tblHeader/>
          <w:jc w:val="center"/>
        </w:trPr>
        <w:tc>
          <w:tcPr>
            <w:tcW w:w="1944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EEF073A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DATE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2F52A83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1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8:30 – 10:40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26CD9E6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2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11:10 – 12:50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4F0457D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3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13:30 – 16:00</w:t>
            </w:r>
          </w:p>
        </w:tc>
      </w:tr>
      <w:tr w:rsidR="00DE1302" w14:paraId="1C61DE06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541AB8B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Monday 02/11/2026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5EBB81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Maths  Paper 1</w:t>
            </w:r>
            <w:r>
              <w:rPr>
                <w:rFonts w:ascii="Aptos" w:hAnsi="Aptos"/>
                <w:color w:val="263238"/>
                <w:sz w:val="18"/>
              </w:rPr>
              <w:br/>
              <w:t>Non-Calculator</w:t>
            </w:r>
            <w:r>
              <w:rPr>
                <w:rFonts w:ascii="Aptos" w:hAnsi="Aptos"/>
                <w:color w:val="263238"/>
                <w:sz w:val="18"/>
              </w:rPr>
              <w:br/>
              <w:t>1hr 30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44C0CB1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History Paper 2</w:t>
            </w:r>
            <w:r>
              <w:rPr>
                <w:rFonts w:ascii="Aptos" w:hAnsi="Aptos"/>
                <w:color w:val="263238"/>
                <w:sz w:val="18"/>
              </w:rPr>
              <w:br/>
              <w:t>1hr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48FD16C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Geography Paper 1</w:t>
            </w:r>
            <w:r>
              <w:rPr>
                <w:rFonts w:ascii="Aptos" w:hAnsi="Aptos"/>
                <w:color w:val="263238"/>
                <w:sz w:val="18"/>
              </w:rPr>
              <w:br/>
              <w:t>1hr 30</w:t>
            </w:r>
          </w:p>
        </w:tc>
      </w:tr>
      <w:tr w:rsidR="00DE1302" w14:paraId="6072D3C6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18F5216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Tuesday 03/11/2026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24D01E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English Literature Paper 1</w:t>
            </w:r>
            <w:r>
              <w:rPr>
                <w:rFonts w:ascii="Aptos" w:hAnsi="Aptos"/>
                <w:color w:val="263238"/>
                <w:sz w:val="18"/>
              </w:rPr>
              <w:br/>
              <w:t>1hr 45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F4E50E1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French / Spanish / Italian / Russian Reading</w:t>
            </w:r>
            <w:r>
              <w:rPr>
                <w:rFonts w:ascii="Aptos" w:hAnsi="Aptos"/>
                <w:color w:val="263238"/>
                <w:sz w:val="18"/>
              </w:rPr>
              <w:br/>
              <w:t>45 min F</w:t>
            </w:r>
            <w:r>
              <w:rPr>
                <w:rFonts w:ascii="Aptos" w:hAnsi="Aptos"/>
                <w:color w:val="263238"/>
                <w:sz w:val="18"/>
              </w:rPr>
              <w:br/>
              <w:t>1hr H</w:t>
            </w:r>
            <w:r>
              <w:rPr>
                <w:rFonts w:ascii="Aptos" w:hAnsi="Aptos"/>
                <w:color w:val="263238"/>
                <w:sz w:val="18"/>
              </w:rPr>
              <w:br/>
              <w:t>RS 2</w:t>
            </w:r>
            <w:r>
              <w:rPr>
                <w:rFonts w:ascii="Aptos" w:hAnsi="Aptos"/>
                <w:color w:val="263238"/>
                <w:sz w:val="18"/>
              </w:rPr>
              <w:br/>
              <w:t>1hr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A81CBC2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Media Studies: TV and Promoting Media (Main Hall)</w:t>
            </w:r>
            <w:r>
              <w:rPr>
                <w:rFonts w:ascii="Aptos" w:hAnsi="Aptos"/>
                <w:color w:val="263238"/>
                <w:sz w:val="18"/>
              </w:rPr>
              <w:br/>
              <w:t>1hr 45</w:t>
            </w:r>
          </w:p>
        </w:tc>
      </w:tr>
      <w:tr w:rsidR="00DE1302" w14:paraId="1DB803D8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0334E56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Wednesday 04/11/2026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B51194D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Biology Paper 1</w:t>
            </w:r>
            <w:r>
              <w:rPr>
                <w:rFonts w:ascii="Aptos" w:hAnsi="Aptos"/>
                <w:color w:val="263238"/>
                <w:sz w:val="18"/>
              </w:rPr>
              <w:br/>
              <w:t>1hr 45 Separate</w:t>
            </w:r>
            <w:r>
              <w:rPr>
                <w:rFonts w:ascii="Aptos" w:hAnsi="Aptos"/>
                <w:color w:val="263238"/>
                <w:sz w:val="18"/>
              </w:rPr>
              <w:br/>
              <w:t>1hr 15 Combined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1447391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Drama Exam</w:t>
            </w:r>
            <w:r>
              <w:rPr>
                <w:rFonts w:ascii="Aptos" w:hAnsi="Aptos"/>
                <w:color w:val="263238"/>
                <w:sz w:val="18"/>
              </w:rPr>
              <w:br/>
              <w:t>1hr 15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A125E4A" w14:textId="362CAD8A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Food Exam 1hr 45</w:t>
            </w:r>
            <w:r>
              <w:rPr>
                <w:rFonts w:ascii="Aptos" w:hAnsi="Aptos"/>
                <w:color w:val="263238"/>
                <w:sz w:val="18"/>
              </w:rPr>
              <w:br/>
              <w:t>Music Exam 1hr 20</w:t>
            </w:r>
            <w:r>
              <w:rPr>
                <w:rFonts w:ascii="Aptos" w:hAnsi="Aptos"/>
                <w:color w:val="263238"/>
                <w:sz w:val="18"/>
              </w:rPr>
              <w:br/>
              <w:t>Dance</w:t>
            </w:r>
            <w:r w:rsidR="00E552DE">
              <w:rPr>
                <w:rFonts w:ascii="Aptos" w:hAnsi="Aptos"/>
                <w:color w:val="263238"/>
                <w:sz w:val="18"/>
              </w:rPr>
              <w:t xml:space="preserve"> Exam</w:t>
            </w:r>
            <w:r>
              <w:rPr>
                <w:rFonts w:ascii="Aptos" w:hAnsi="Aptos"/>
                <w:color w:val="263238"/>
                <w:sz w:val="18"/>
              </w:rPr>
              <w:t xml:space="preserve"> 1hr 30</w:t>
            </w:r>
          </w:p>
        </w:tc>
      </w:tr>
      <w:tr w:rsidR="00DE1302" w14:paraId="378CFDDA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7782978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Thursday 05/11/2026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7DBBCAF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Maths Paper 2</w:t>
            </w:r>
            <w:r>
              <w:rPr>
                <w:rFonts w:ascii="Aptos" w:hAnsi="Aptos"/>
                <w:color w:val="263238"/>
                <w:sz w:val="18"/>
              </w:rPr>
              <w:br/>
              <w:t>Calculator</w:t>
            </w:r>
            <w:r>
              <w:rPr>
                <w:rFonts w:ascii="Aptos" w:hAnsi="Aptos"/>
                <w:color w:val="263238"/>
                <w:sz w:val="18"/>
              </w:rPr>
              <w:br/>
              <w:t>1 hr 30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3E2421D" w14:textId="26A011B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French / Spanish / Italian / Russian Writing</w:t>
            </w:r>
            <w:r>
              <w:rPr>
                <w:rFonts w:ascii="Aptos" w:hAnsi="Aptos"/>
                <w:color w:val="263238"/>
                <w:sz w:val="18"/>
              </w:rPr>
              <w:br/>
              <w:t>1hr F</w:t>
            </w:r>
            <w:r>
              <w:rPr>
                <w:rFonts w:ascii="Aptos" w:hAnsi="Aptos"/>
                <w:color w:val="263238"/>
                <w:sz w:val="18"/>
              </w:rPr>
              <w:br/>
              <w:t>1hr 15 H</w:t>
            </w:r>
            <w:r>
              <w:rPr>
                <w:rFonts w:ascii="Aptos" w:hAnsi="Aptos"/>
                <w:color w:val="263238"/>
                <w:sz w:val="18"/>
              </w:rPr>
              <w:br/>
              <w:t>RS</w:t>
            </w:r>
            <w:r w:rsidR="00E552DE">
              <w:rPr>
                <w:rFonts w:ascii="Aptos" w:hAnsi="Aptos"/>
                <w:color w:val="263238"/>
                <w:sz w:val="18"/>
              </w:rPr>
              <w:t xml:space="preserve"> Paper</w:t>
            </w:r>
            <w:r>
              <w:rPr>
                <w:rFonts w:ascii="Aptos" w:hAnsi="Aptos"/>
                <w:color w:val="263238"/>
                <w:sz w:val="18"/>
              </w:rPr>
              <w:t xml:space="preserve"> 3</w:t>
            </w:r>
            <w:r>
              <w:rPr>
                <w:rFonts w:ascii="Aptos" w:hAnsi="Aptos"/>
                <w:color w:val="263238"/>
                <w:sz w:val="18"/>
              </w:rPr>
              <w:br/>
              <w:t>1hr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A0F49BE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Business Studies 1</w:t>
            </w:r>
            <w:r>
              <w:rPr>
                <w:rFonts w:ascii="Aptos" w:hAnsi="Aptos"/>
                <w:color w:val="263238"/>
                <w:sz w:val="18"/>
              </w:rPr>
              <w:br/>
              <w:t>1hr 45</w:t>
            </w:r>
            <w:r>
              <w:rPr>
                <w:rFonts w:ascii="Aptos" w:hAnsi="Aptos"/>
                <w:color w:val="263238"/>
                <w:sz w:val="18"/>
              </w:rPr>
              <w:br/>
              <w:t>Child Development</w:t>
            </w:r>
            <w:r>
              <w:rPr>
                <w:rFonts w:ascii="Aptos" w:hAnsi="Aptos"/>
                <w:color w:val="263238"/>
                <w:sz w:val="18"/>
              </w:rPr>
              <w:br/>
              <w:t>1hr 15</w:t>
            </w:r>
          </w:p>
        </w:tc>
      </w:tr>
      <w:tr w:rsidR="00DE1302" w14:paraId="7E4448E7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6F3698A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Friday 06/11/2026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24A8B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Chemistry Paper 1</w:t>
            </w:r>
            <w:r>
              <w:rPr>
                <w:rFonts w:ascii="Aptos" w:hAnsi="Aptos"/>
                <w:color w:val="263238"/>
                <w:sz w:val="18"/>
              </w:rPr>
              <w:br/>
              <w:t>1hr 45 Separate</w:t>
            </w:r>
            <w:r>
              <w:rPr>
                <w:rFonts w:ascii="Aptos" w:hAnsi="Aptos"/>
                <w:color w:val="263238"/>
                <w:sz w:val="18"/>
              </w:rPr>
              <w:br/>
              <w:t>1hr 15 Combined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A7EED4F" w14:textId="77777777" w:rsidR="00E552DE" w:rsidRDefault="00A87182">
            <w:pPr>
              <w:spacing w:after="40"/>
              <w:rPr>
                <w:rFonts w:ascii="Aptos" w:hAnsi="Aptos"/>
                <w:color w:val="263238"/>
                <w:sz w:val="18"/>
              </w:rPr>
            </w:pPr>
            <w:r>
              <w:rPr>
                <w:rFonts w:ascii="Aptos" w:hAnsi="Aptos"/>
                <w:color w:val="263238"/>
                <w:sz w:val="18"/>
              </w:rPr>
              <w:t>Computer Science  Paper 1</w:t>
            </w:r>
            <w:r>
              <w:rPr>
                <w:rFonts w:ascii="Aptos" w:hAnsi="Aptos"/>
                <w:color w:val="263238"/>
                <w:sz w:val="18"/>
              </w:rPr>
              <w:br/>
              <w:t xml:space="preserve">1hr 30 </w:t>
            </w:r>
          </w:p>
          <w:p w14:paraId="2068C581" w14:textId="2E3B0D6D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German / Portugese</w:t>
            </w:r>
            <w:r>
              <w:rPr>
                <w:rFonts w:ascii="Aptos" w:hAnsi="Aptos"/>
                <w:color w:val="263238"/>
                <w:sz w:val="18"/>
              </w:rPr>
              <w:br/>
              <w:t>Reading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E6D9D9C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HSC Exam</w:t>
            </w:r>
            <w:r>
              <w:rPr>
                <w:rFonts w:ascii="Aptos" w:hAnsi="Aptos"/>
                <w:color w:val="263238"/>
                <w:sz w:val="18"/>
              </w:rPr>
              <w:br/>
              <w:t>1hr 45</w:t>
            </w:r>
            <w:r>
              <w:rPr>
                <w:rFonts w:ascii="Aptos" w:hAnsi="Aptos"/>
                <w:color w:val="263238"/>
                <w:sz w:val="18"/>
              </w:rPr>
              <w:br/>
              <w:t>GCSE PE 1</w:t>
            </w:r>
            <w:r>
              <w:rPr>
                <w:rFonts w:ascii="Aptos" w:hAnsi="Aptos"/>
                <w:color w:val="263238"/>
                <w:sz w:val="18"/>
              </w:rPr>
              <w:br/>
              <w:t>1hr</w:t>
            </w:r>
          </w:p>
        </w:tc>
      </w:tr>
    </w:tbl>
    <w:p w14:paraId="1CADC107" w14:textId="77777777" w:rsidR="00DE1302" w:rsidRDefault="00A87182">
      <w:r>
        <w:br w:type="page"/>
      </w:r>
    </w:p>
    <w:p w14:paraId="50D2EDCD" w14:textId="77777777" w:rsidR="00DE1302" w:rsidRDefault="00A87182">
      <w:pPr>
        <w:spacing w:after="60"/>
        <w:jc w:val="center"/>
      </w:pPr>
      <w:r>
        <w:rPr>
          <w:rFonts w:ascii="Aptos Display" w:hAnsi="Aptos Display"/>
          <w:b/>
          <w:color w:val="202A44"/>
          <w:sz w:val="48"/>
        </w:rPr>
        <w:lastRenderedPageBreak/>
        <w:t>Y11 PPE TIMETABLE</w:t>
      </w:r>
    </w:p>
    <w:p w14:paraId="46F9BD85" w14:textId="77777777" w:rsidR="00DE1302" w:rsidRDefault="00A87182">
      <w:pPr>
        <w:spacing w:after="40"/>
        <w:jc w:val="center"/>
      </w:pPr>
      <w:r>
        <w:rPr>
          <w:rFonts w:ascii="Aptos Display" w:hAnsi="Aptos Display"/>
          <w:b/>
          <w:color w:val="6C4AB6"/>
          <w:sz w:val="36"/>
        </w:rPr>
        <w:t>Week B • 09–13 November</w:t>
      </w:r>
    </w:p>
    <w:p w14:paraId="75E86E4E" w14:textId="77777777" w:rsidR="00DE1302" w:rsidRDefault="00A87182">
      <w:pPr>
        <w:spacing w:after="240"/>
        <w:jc w:val="center"/>
      </w:pPr>
      <w:r>
        <w:rPr>
          <w:rFonts w:ascii="Aptos" w:hAnsi="Aptos"/>
          <w:color w:val="6B7280"/>
          <w:sz w:val="20"/>
        </w:rPr>
        <w:t>Written PPEs + practical preparation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53"/>
        <w:gridCol w:w="2880"/>
        <w:gridCol w:w="2880"/>
        <w:gridCol w:w="2880"/>
      </w:tblGrid>
      <w:tr w:rsidR="00DE1302" w14:paraId="78EE927B" w14:textId="77777777">
        <w:trPr>
          <w:tblHeader/>
          <w:jc w:val="center"/>
        </w:trPr>
        <w:tc>
          <w:tcPr>
            <w:tcW w:w="1944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0DCA21D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DATE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B44356F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1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8:30 – 10:40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2C2C9C0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2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11:10 – 12:50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C2B033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3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13:30 – 16:00</w:t>
            </w:r>
          </w:p>
        </w:tc>
      </w:tr>
      <w:tr w:rsidR="00DE1302" w14:paraId="0BD98CD4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3765F7B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Monday 09/11/2026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F39F9FB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English Language Paper 1</w:t>
            </w:r>
            <w:r>
              <w:rPr>
                <w:rFonts w:ascii="Aptos" w:hAnsi="Aptos"/>
                <w:color w:val="263238"/>
                <w:sz w:val="18"/>
              </w:rPr>
              <w:br/>
              <w:t>1 hr 45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E37D53F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French &amp; Spanish Listening</w:t>
            </w:r>
            <w:r>
              <w:rPr>
                <w:rFonts w:ascii="Aptos" w:hAnsi="Aptos"/>
                <w:color w:val="263238"/>
                <w:sz w:val="18"/>
              </w:rPr>
              <w:br/>
              <w:t>35 min F</w:t>
            </w:r>
            <w:r>
              <w:rPr>
                <w:rFonts w:ascii="Aptos" w:hAnsi="Aptos"/>
                <w:color w:val="263238"/>
                <w:sz w:val="18"/>
              </w:rPr>
              <w:br/>
              <w:t>45 min H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EFC9B2B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Sociology Paper 1</w:t>
            </w:r>
            <w:r>
              <w:rPr>
                <w:rFonts w:ascii="Aptos" w:hAnsi="Aptos"/>
                <w:color w:val="263238"/>
                <w:sz w:val="18"/>
              </w:rPr>
              <w:br/>
              <w:t>1hr 45</w:t>
            </w:r>
            <w:r>
              <w:rPr>
                <w:rFonts w:ascii="Aptos" w:hAnsi="Aptos"/>
                <w:color w:val="263238"/>
                <w:sz w:val="18"/>
              </w:rPr>
              <w:br/>
              <w:t>DT Exam</w:t>
            </w:r>
            <w:r>
              <w:rPr>
                <w:rFonts w:ascii="Aptos" w:hAnsi="Aptos"/>
                <w:color w:val="263238"/>
                <w:sz w:val="18"/>
              </w:rPr>
              <w:br/>
              <w:t>2hr</w:t>
            </w:r>
          </w:p>
        </w:tc>
      </w:tr>
      <w:tr w:rsidR="00DE1302" w14:paraId="1CC4CB05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3FC4A14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Tuesday 10/11/2026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0B2A96B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Maths Paper 3</w:t>
            </w:r>
            <w:r>
              <w:rPr>
                <w:rFonts w:ascii="Aptos" w:hAnsi="Aptos"/>
                <w:color w:val="263238"/>
                <w:sz w:val="18"/>
              </w:rPr>
              <w:br/>
              <w:t>Calculator</w:t>
            </w:r>
            <w:r>
              <w:rPr>
                <w:rFonts w:ascii="Aptos" w:hAnsi="Aptos"/>
                <w:color w:val="263238"/>
                <w:sz w:val="18"/>
              </w:rPr>
              <w:br/>
              <w:t>1h 30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11A6B01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GCSE PE 2</w:t>
            </w:r>
            <w:r>
              <w:rPr>
                <w:rFonts w:ascii="Aptos" w:hAnsi="Aptos"/>
                <w:color w:val="263238"/>
                <w:sz w:val="18"/>
              </w:rPr>
              <w:br/>
              <w:t>1hr</w:t>
            </w:r>
            <w:r>
              <w:rPr>
                <w:rFonts w:ascii="Aptos" w:hAnsi="Aptos"/>
                <w:color w:val="263238"/>
                <w:sz w:val="18"/>
              </w:rPr>
              <w:br/>
              <w:t>&amp; German / Portugese</w:t>
            </w:r>
            <w:r>
              <w:rPr>
                <w:rFonts w:ascii="Aptos" w:hAnsi="Aptos"/>
                <w:color w:val="263238"/>
                <w:sz w:val="18"/>
              </w:rPr>
              <w:br/>
              <w:t>Writing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87C607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Psychology Paper 1</w:t>
            </w:r>
            <w:r>
              <w:rPr>
                <w:rFonts w:ascii="Aptos" w:hAnsi="Aptos"/>
                <w:color w:val="263238"/>
                <w:sz w:val="18"/>
              </w:rPr>
              <w:br/>
              <w:t>1hr 45</w:t>
            </w:r>
          </w:p>
        </w:tc>
      </w:tr>
      <w:tr w:rsidR="00DE1302" w14:paraId="6E39E06C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4AD3570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Wednesday 11/11/2026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3E7F37D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Physics Paper 1</w:t>
            </w:r>
            <w:r>
              <w:rPr>
                <w:rFonts w:ascii="Aptos" w:hAnsi="Aptos"/>
                <w:color w:val="263238"/>
                <w:sz w:val="18"/>
              </w:rPr>
              <w:br/>
              <w:t>1hr 45 Separate</w:t>
            </w:r>
            <w:r>
              <w:rPr>
                <w:rFonts w:ascii="Aptos" w:hAnsi="Aptos"/>
                <w:color w:val="263238"/>
                <w:sz w:val="18"/>
              </w:rPr>
              <w:br/>
              <w:t>1hr 15 Combined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474C82B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Computer Science Paper 2</w:t>
            </w:r>
            <w:r>
              <w:rPr>
                <w:rFonts w:ascii="Aptos" w:hAnsi="Aptos"/>
                <w:color w:val="263238"/>
                <w:sz w:val="18"/>
              </w:rPr>
              <w:br/>
              <w:t>1hr 30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F2FF79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History Paper 3</w:t>
            </w:r>
            <w:r>
              <w:rPr>
                <w:rFonts w:ascii="Aptos" w:hAnsi="Aptos"/>
                <w:color w:val="263238"/>
                <w:sz w:val="18"/>
              </w:rPr>
              <w:br/>
              <w:t>1hr 30</w:t>
            </w:r>
          </w:p>
        </w:tc>
      </w:tr>
      <w:tr w:rsidR="00DE1302" w14:paraId="0D021ED7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639296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Thursday 12/11/2026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FFB4801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Geography Paper 2</w:t>
            </w:r>
            <w:r>
              <w:rPr>
                <w:rFonts w:ascii="Aptos" w:hAnsi="Aptos"/>
                <w:color w:val="263238"/>
                <w:sz w:val="18"/>
              </w:rPr>
              <w:br/>
              <w:t>30 mins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6061B17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Sociology 2</w:t>
            </w:r>
            <w:r>
              <w:rPr>
                <w:rFonts w:ascii="Aptos" w:hAnsi="Aptos"/>
                <w:color w:val="263238"/>
                <w:sz w:val="18"/>
              </w:rPr>
              <w:br/>
              <w:t>53 mins</w:t>
            </w:r>
            <w:r>
              <w:rPr>
                <w:rFonts w:ascii="Aptos" w:hAnsi="Aptos"/>
                <w:color w:val="263238"/>
                <w:sz w:val="18"/>
              </w:rPr>
              <w:br/>
              <w:t>Food Practical Prep</w:t>
            </w:r>
            <w:r>
              <w:rPr>
                <w:rFonts w:ascii="Aptos" w:hAnsi="Aptos"/>
                <w:color w:val="263238"/>
                <w:sz w:val="18"/>
              </w:rPr>
              <w:br/>
              <w:t>(PC room)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34A1B32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Food Practical Prep</w:t>
            </w:r>
            <w:r>
              <w:rPr>
                <w:rFonts w:ascii="Aptos" w:hAnsi="Aptos"/>
                <w:color w:val="263238"/>
                <w:sz w:val="18"/>
              </w:rPr>
              <w:br/>
              <w:t>(PC room)</w:t>
            </w:r>
          </w:p>
        </w:tc>
      </w:tr>
      <w:tr w:rsidR="00DE1302" w14:paraId="6D225020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565D122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Friday 13/11/2026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E14D393" w14:textId="0C10E194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DT Practical Day (G0</w:t>
            </w:r>
            <w:r w:rsidR="00C4086F">
              <w:rPr>
                <w:rFonts w:ascii="Aptos" w:hAnsi="Aptos"/>
                <w:color w:val="263238"/>
                <w:sz w:val="18"/>
              </w:rPr>
              <w:t>7</w:t>
            </w:r>
            <w:r>
              <w:rPr>
                <w:rFonts w:ascii="Aptos" w:hAnsi="Aptos"/>
                <w:color w:val="263238"/>
                <w:sz w:val="18"/>
              </w:rPr>
              <w:t xml:space="preserve"> 1,2,3 &amp; 4. G0</w:t>
            </w:r>
            <w:r w:rsidR="00C4086F">
              <w:rPr>
                <w:rFonts w:ascii="Aptos" w:hAnsi="Aptos"/>
                <w:color w:val="263238"/>
                <w:sz w:val="18"/>
              </w:rPr>
              <w:t>6</w:t>
            </w:r>
            <w:r>
              <w:rPr>
                <w:rFonts w:ascii="Aptos" w:hAnsi="Aptos"/>
                <w:color w:val="263238"/>
                <w:sz w:val="18"/>
              </w:rPr>
              <w:t xml:space="preserve"> 5 &amp; 6.)</w:t>
            </w:r>
            <w:r>
              <w:rPr>
                <w:rFonts w:ascii="Aptos" w:hAnsi="Aptos"/>
                <w:color w:val="263238"/>
                <w:sz w:val="18"/>
              </w:rPr>
              <w:br/>
              <w:t>Drama Practical Day 1 (11A)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05A085" w14:textId="008CE471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DT Practical Day (G0</w:t>
            </w:r>
            <w:r w:rsidR="00C4086F">
              <w:rPr>
                <w:rFonts w:ascii="Aptos" w:hAnsi="Aptos"/>
                <w:color w:val="263238"/>
                <w:sz w:val="18"/>
              </w:rPr>
              <w:t>7</w:t>
            </w:r>
            <w:r>
              <w:rPr>
                <w:rFonts w:ascii="Aptos" w:hAnsi="Aptos"/>
                <w:color w:val="263238"/>
                <w:sz w:val="18"/>
              </w:rPr>
              <w:t xml:space="preserve"> 1,2,3 &amp; 4. G0</w:t>
            </w:r>
            <w:r w:rsidR="00C4086F">
              <w:rPr>
                <w:rFonts w:ascii="Aptos" w:hAnsi="Aptos"/>
                <w:color w:val="263238"/>
                <w:sz w:val="18"/>
              </w:rPr>
              <w:t>6</w:t>
            </w:r>
            <w:r>
              <w:rPr>
                <w:rFonts w:ascii="Aptos" w:hAnsi="Aptos"/>
                <w:color w:val="263238"/>
                <w:sz w:val="18"/>
              </w:rPr>
              <w:t xml:space="preserve"> 5 &amp; 6.)</w:t>
            </w:r>
            <w:r>
              <w:rPr>
                <w:rFonts w:ascii="Aptos" w:hAnsi="Aptos"/>
                <w:color w:val="263238"/>
                <w:sz w:val="18"/>
              </w:rPr>
              <w:br/>
              <w:t>Drama Practical Day 1 (11A)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2EBDA4B" w14:textId="02C13725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DT Practical Day (G0</w:t>
            </w:r>
            <w:r w:rsidR="00C4086F">
              <w:rPr>
                <w:rFonts w:ascii="Aptos" w:hAnsi="Aptos"/>
                <w:color w:val="263238"/>
                <w:sz w:val="18"/>
              </w:rPr>
              <w:t>7</w:t>
            </w:r>
            <w:r>
              <w:rPr>
                <w:rFonts w:ascii="Aptos" w:hAnsi="Aptos"/>
                <w:color w:val="263238"/>
                <w:sz w:val="18"/>
              </w:rPr>
              <w:t xml:space="preserve"> 1,2,3 &amp; 4. G0</w:t>
            </w:r>
            <w:r w:rsidR="00C4086F">
              <w:rPr>
                <w:rFonts w:ascii="Aptos" w:hAnsi="Aptos"/>
                <w:color w:val="263238"/>
                <w:sz w:val="18"/>
              </w:rPr>
              <w:t>6</w:t>
            </w:r>
            <w:r>
              <w:rPr>
                <w:rFonts w:ascii="Aptos" w:hAnsi="Aptos"/>
                <w:color w:val="263238"/>
                <w:sz w:val="18"/>
              </w:rPr>
              <w:t xml:space="preserve"> 5 &amp; 6.)</w:t>
            </w:r>
            <w:r>
              <w:rPr>
                <w:rFonts w:ascii="Aptos" w:hAnsi="Aptos"/>
                <w:color w:val="263238"/>
                <w:sz w:val="18"/>
              </w:rPr>
              <w:br/>
              <w:t>Drama Practical Day 1 (11A)</w:t>
            </w:r>
          </w:p>
        </w:tc>
      </w:tr>
    </w:tbl>
    <w:p w14:paraId="300E8CA1" w14:textId="77777777" w:rsidR="00E552DE" w:rsidRDefault="00E552DE" w:rsidP="00E552DE"/>
    <w:p w14:paraId="48FA0EDF" w14:textId="0F2C42E2" w:rsidR="00DE1302" w:rsidRDefault="00A87182" w:rsidP="00E552DE">
      <w:r>
        <w:rPr>
          <w:rFonts w:ascii="Aptos Display" w:hAnsi="Aptos Display"/>
          <w:b/>
          <w:color w:val="202A44"/>
          <w:sz w:val="48"/>
        </w:rPr>
        <w:t>Y11 PPE TIMETABLE</w:t>
      </w:r>
    </w:p>
    <w:p w14:paraId="3C194C17" w14:textId="77777777" w:rsidR="00DE1302" w:rsidRDefault="00A87182">
      <w:pPr>
        <w:spacing w:after="40"/>
        <w:jc w:val="center"/>
      </w:pPr>
      <w:r>
        <w:rPr>
          <w:rFonts w:ascii="Aptos Display" w:hAnsi="Aptos Display"/>
          <w:b/>
          <w:color w:val="6C4AB6"/>
          <w:sz w:val="36"/>
        </w:rPr>
        <w:t>Practical Days • 16–18 November</w:t>
      </w:r>
    </w:p>
    <w:p w14:paraId="3188E858" w14:textId="77777777" w:rsidR="00DE1302" w:rsidRDefault="00A87182">
      <w:pPr>
        <w:spacing w:after="240"/>
        <w:jc w:val="center"/>
      </w:pPr>
      <w:r>
        <w:rPr>
          <w:rFonts w:ascii="Aptos" w:hAnsi="Aptos"/>
          <w:color w:val="6B7280"/>
          <w:sz w:val="20"/>
        </w:rPr>
        <w:t>Practical examinations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53"/>
        <w:gridCol w:w="2880"/>
        <w:gridCol w:w="2880"/>
        <w:gridCol w:w="2880"/>
      </w:tblGrid>
      <w:tr w:rsidR="00DE1302" w14:paraId="46AE9300" w14:textId="77777777">
        <w:trPr>
          <w:tblHeader/>
          <w:jc w:val="center"/>
        </w:trPr>
        <w:tc>
          <w:tcPr>
            <w:tcW w:w="1944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C465793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DATE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19A99E9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1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8:30 – 10:40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0F7510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2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11:10 – 13:00</w:t>
            </w:r>
          </w:p>
        </w:tc>
        <w:tc>
          <w:tcPr>
            <w:tcW w:w="2880" w:type="dxa"/>
            <w:shd w:val="clear" w:color="auto" w:fill="202A44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0A8C21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FFFFFF"/>
                <w:sz w:val="18"/>
              </w:rPr>
              <w:t>SESSION 3</w:t>
            </w:r>
            <w:r>
              <w:rPr>
                <w:rFonts w:ascii="Aptos" w:hAnsi="Aptos"/>
                <w:b/>
                <w:color w:val="FFFFFF"/>
                <w:sz w:val="18"/>
              </w:rPr>
              <w:br/>
            </w:r>
            <w:r>
              <w:rPr>
                <w:rFonts w:ascii="Aptos" w:hAnsi="Aptos"/>
                <w:color w:val="FFFFFF"/>
                <w:sz w:val="18"/>
              </w:rPr>
              <w:t>13:30 – 16:00</w:t>
            </w:r>
          </w:p>
        </w:tc>
      </w:tr>
      <w:tr w:rsidR="00DE1302" w14:paraId="61324610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24A3CA4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Monday 16/11/2026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052303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Dance Practical Day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11D1637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Dance Practical Day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3E9F39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Dance Practical Day</w:t>
            </w:r>
          </w:p>
        </w:tc>
      </w:tr>
      <w:tr w:rsidR="00DE1302" w14:paraId="5578C32A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0B6B0B9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Tuesday 17/11/2026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BA68C09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Drama Practical Day 2 (11B)</w:t>
            </w:r>
            <w:r>
              <w:rPr>
                <w:rFonts w:ascii="Aptos" w:hAnsi="Aptos"/>
                <w:color w:val="263238"/>
                <w:sz w:val="18"/>
              </w:rPr>
              <w:br/>
              <w:t>PE Practical Day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F57258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Drama Practical Day 2 (11B)</w:t>
            </w:r>
            <w:r>
              <w:rPr>
                <w:rFonts w:ascii="Aptos" w:hAnsi="Aptos"/>
                <w:color w:val="263238"/>
                <w:sz w:val="18"/>
              </w:rPr>
              <w:br/>
              <w:t>PE Practical Day</w:t>
            </w:r>
          </w:p>
        </w:tc>
        <w:tc>
          <w:tcPr>
            <w:tcW w:w="2653" w:type="dxa"/>
            <w:shd w:val="clear" w:color="auto" w:fill="FFFFFF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D46F02C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Drama Practical Day 2 (11B)</w:t>
            </w:r>
            <w:r>
              <w:rPr>
                <w:rFonts w:ascii="Aptos" w:hAnsi="Aptos"/>
                <w:color w:val="263238"/>
                <w:sz w:val="18"/>
              </w:rPr>
              <w:br/>
              <w:t>PE Practical Day</w:t>
            </w:r>
          </w:p>
        </w:tc>
      </w:tr>
      <w:tr w:rsidR="00DE1302" w14:paraId="7F0D06B5" w14:textId="77777777">
        <w:trPr>
          <w:jc w:val="center"/>
        </w:trPr>
        <w:tc>
          <w:tcPr>
            <w:tcW w:w="2653" w:type="dxa"/>
            <w:shd w:val="clear" w:color="auto" w:fill="E7E2F3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4E413C7" w14:textId="77777777" w:rsidR="00DE1302" w:rsidRDefault="00A87182">
            <w:pPr>
              <w:spacing w:after="40"/>
              <w:jc w:val="center"/>
            </w:pPr>
            <w:r>
              <w:rPr>
                <w:rFonts w:ascii="Aptos" w:hAnsi="Aptos"/>
                <w:b/>
                <w:color w:val="202A44"/>
                <w:sz w:val="19"/>
              </w:rPr>
              <w:t>Wednesday 18/11/2026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CD773E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Food Practical Day H Block with PC room 5 &amp; 6</w:t>
            </w:r>
            <w:r>
              <w:rPr>
                <w:rFonts w:ascii="Aptos" w:hAnsi="Aptos"/>
                <w:color w:val="263238"/>
                <w:sz w:val="18"/>
              </w:rPr>
              <w:br/>
              <w:t>Music Practical Day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085A6F4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Food Practical Day H Block with PC room 5 &amp; 6</w:t>
            </w:r>
            <w:r>
              <w:rPr>
                <w:rFonts w:ascii="Aptos" w:hAnsi="Aptos"/>
                <w:color w:val="263238"/>
                <w:sz w:val="18"/>
              </w:rPr>
              <w:br/>
              <w:t>Music Practical Day</w:t>
            </w:r>
          </w:p>
        </w:tc>
        <w:tc>
          <w:tcPr>
            <w:tcW w:w="2653" w:type="dxa"/>
            <w:shd w:val="clear" w:color="auto" w:fill="F4F2F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262B029" w14:textId="77777777" w:rsidR="00DE1302" w:rsidRDefault="00A87182">
            <w:pPr>
              <w:spacing w:after="40"/>
            </w:pPr>
            <w:r>
              <w:rPr>
                <w:rFonts w:ascii="Aptos" w:hAnsi="Aptos"/>
                <w:color w:val="263238"/>
                <w:sz w:val="18"/>
              </w:rPr>
              <w:t>Food Practical Day H Block with PC room 5 &amp; 6</w:t>
            </w:r>
            <w:r>
              <w:rPr>
                <w:rFonts w:ascii="Aptos" w:hAnsi="Aptos"/>
                <w:color w:val="263238"/>
                <w:sz w:val="18"/>
              </w:rPr>
              <w:br/>
              <w:t>Music Practical Day</w:t>
            </w:r>
          </w:p>
        </w:tc>
      </w:tr>
    </w:tbl>
    <w:p w14:paraId="31C74A96" w14:textId="77777777" w:rsidR="00DE1302" w:rsidRDefault="00A87182">
      <w:pPr>
        <w:spacing w:before="160"/>
        <w:jc w:val="center"/>
      </w:pPr>
      <w:r>
        <w:rPr>
          <w:rFonts w:ascii="Aptos" w:hAnsi="Aptos"/>
          <w:i/>
          <w:color w:val="6B7280"/>
          <w:sz w:val="17"/>
        </w:rPr>
        <w:t>Additional practical dates in the original timetable: 1st &amp; 2nd Dec – All Art &amp; 11C/Ph1 MB/SM/DS; 3rd &amp; 4th Dec – 11D/Ph1 - MB.</w:t>
      </w:r>
    </w:p>
    <w:sectPr w:rsidR="00DE1302" w:rsidSect="00034616">
      <w:pgSz w:w="11909" w:h="16834"/>
      <w:pgMar w:top="648" w:right="648" w:bottom="648" w:left="64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14698947">
    <w:abstractNumId w:val="8"/>
  </w:num>
  <w:num w:numId="2" w16cid:durableId="1669364291">
    <w:abstractNumId w:val="6"/>
  </w:num>
  <w:num w:numId="3" w16cid:durableId="1171144164">
    <w:abstractNumId w:val="5"/>
  </w:num>
  <w:num w:numId="4" w16cid:durableId="2052336598">
    <w:abstractNumId w:val="4"/>
  </w:num>
  <w:num w:numId="5" w16cid:durableId="1544906885">
    <w:abstractNumId w:val="7"/>
  </w:num>
  <w:num w:numId="6" w16cid:durableId="1474105323">
    <w:abstractNumId w:val="3"/>
  </w:num>
  <w:num w:numId="7" w16cid:durableId="160510115">
    <w:abstractNumId w:val="2"/>
  </w:num>
  <w:num w:numId="8" w16cid:durableId="598174122">
    <w:abstractNumId w:val="1"/>
  </w:num>
  <w:num w:numId="9" w16cid:durableId="1975676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D4F3C"/>
    <w:rsid w:val="00326F90"/>
    <w:rsid w:val="00A87182"/>
    <w:rsid w:val="00AA1D8D"/>
    <w:rsid w:val="00B47730"/>
    <w:rsid w:val="00C4086F"/>
    <w:rsid w:val="00CB0664"/>
    <w:rsid w:val="00DD46E1"/>
    <w:rsid w:val="00DE1302"/>
    <w:rsid w:val="00E552D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0AE40C"/>
  <w14:defaultImageDpi w14:val="300"/>
  <w15:docId w15:val="{6C9BC896-3A3F-44BB-BB14-005059D5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E. Brockhouse</cp:lastModifiedBy>
  <cp:revision>4</cp:revision>
  <dcterms:created xsi:type="dcterms:W3CDTF">2013-12-23T23:15:00Z</dcterms:created>
  <dcterms:modified xsi:type="dcterms:W3CDTF">2026-10-08T12:28:00Z</dcterms:modified>
  <cp:category/>
</cp:coreProperties>
</file>